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8A6AB2" w14:textId="77777777" w:rsidR="00930F33" w:rsidRDefault="00930F33">
      <w:pPr>
        <w:spacing w:after="0"/>
        <w:rPr>
          <w:lang w:eastAsia="zh-CN"/>
        </w:rPr>
      </w:pPr>
    </w:p>
    <w:p w14:paraId="402BF5C5" w14:textId="25850A89" w:rsidR="00DB4E0C" w:rsidRDefault="00C85271">
      <w:r>
        <w:rPr>
          <w:rFonts w:ascii="Arial" w:hAnsi="Arial"/>
          <w:sz w:val="48"/>
        </w:rPr>
        <w:t>Approaching Joni Mitchell with Ann Powers</w:t>
      </w:r>
    </w:p>
    <w:p w14:paraId="2B43B4A3" w14:textId="77777777" w:rsidR="00DB4E0C" w:rsidRDefault="00000000">
      <w:pPr>
        <w:spacing w:before="440" w:after="0"/>
      </w:pPr>
      <w:r>
        <w:rPr>
          <w:rFonts w:ascii="Arial" w:hAnsi="Arial"/>
          <w:b/>
          <w:color w:val="4F6880"/>
        </w:rPr>
        <w:t>SPEAKERS</w:t>
      </w:r>
    </w:p>
    <w:p w14:paraId="5F75A3B6" w14:textId="36BBB456" w:rsidR="00DB4E0C" w:rsidRDefault="00000000">
      <w:r>
        <w:rPr>
          <w:rFonts w:ascii="Arial" w:hAnsi="Arial"/>
          <w:color w:val="4F6880"/>
        </w:rPr>
        <w:t>Ann Powers, Will Robin</w:t>
      </w:r>
    </w:p>
    <w:p w14:paraId="3F16566F" w14:textId="77777777" w:rsidR="00DB4E0C" w:rsidRDefault="00DB4E0C">
      <w:pPr>
        <w:spacing w:after="0"/>
      </w:pPr>
    </w:p>
    <w:p w14:paraId="56FEA794" w14:textId="77777777" w:rsidR="00DB4E0C" w:rsidRDefault="00000000">
      <w:pPr>
        <w:spacing w:after="0"/>
      </w:pPr>
      <w:r>
        <w:rPr>
          <w:rFonts w:ascii="Arial" w:hAnsi="Arial"/>
          <w:b/>
        </w:rPr>
        <w:t xml:space="preserve">Ann Powers  </w:t>
      </w:r>
      <w:r>
        <w:rPr>
          <w:rFonts w:ascii="Arial" w:hAnsi="Arial"/>
          <w:color w:val="5D7284"/>
        </w:rPr>
        <w:t>00:00</w:t>
      </w:r>
    </w:p>
    <w:p w14:paraId="026FCF02" w14:textId="77777777" w:rsidR="00DB4E0C" w:rsidRDefault="00000000">
      <w:pPr>
        <w:spacing w:after="0"/>
      </w:pPr>
      <w:r>
        <w:rPr>
          <w:rFonts w:ascii="Arial" w:hAnsi="Arial"/>
        </w:rPr>
        <w:t>She gets the opposite treatment, right? Where it's like constantly stripping away stripping away all the collaborations, all of the contexts, everything. And it's just you and her, and we're having this, like, intimate moment. And that's just bullshit. It's like not real, you know — I mean, it can feel real, but it's not how the records were made. It's not how she worked. It's not how she wrote — I mean, it’s not how most artists or creative people work.</w:t>
      </w:r>
    </w:p>
    <w:p w14:paraId="166524F8" w14:textId="77777777" w:rsidR="00DB4E0C" w:rsidRDefault="00DB4E0C">
      <w:pPr>
        <w:spacing w:after="0"/>
      </w:pPr>
    </w:p>
    <w:p w14:paraId="4147FC23" w14:textId="77777777" w:rsidR="00DB4E0C" w:rsidRDefault="00000000">
      <w:pPr>
        <w:spacing w:after="0"/>
      </w:pPr>
      <w:r>
        <w:rPr>
          <w:rFonts w:ascii="Arial" w:hAnsi="Arial"/>
          <w:color w:val="5D7284"/>
        </w:rPr>
        <w:t>00:26</w:t>
      </w:r>
    </w:p>
    <w:p w14:paraId="01A0A47C" w14:textId="44E99BD6" w:rsidR="00DB4E0C" w:rsidRDefault="007C5516">
      <w:pPr>
        <w:spacing w:after="0"/>
      </w:pPr>
      <w:bookmarkStart w:id="0" w:name="OLE_LINK1"/>
      <w:bookmarkStart w:id="1" w:name="OLE_LINK2"/>
      <w:r>
        <w:rPr>
          <w:rFonts w:ascii="Arial" w:hAnsi="Arial"/>
        </w:rPr>
        <w:t>[Music]</w:t>
      </w:r>
    </w:p>
    <w:bookmarkEnd w:id="0"/>
    <w:bookmarkEnd w:id="1"/>
    <w:p w14:paraId="0AD2CD64" w14:textId="77777777" w:rsidR="00DB4E0C" w:rsidRDefault="00DB4E0C">
      <w:pPr>
        <w:spacing w:after="0"/>
      </w:pPr>
    </w:p>
    <w:p w14:paraId="541E2C7A" w14:textId="77777777" w:rsidR="00DB4E0C" w:rsidRDefault="00000000">
      <w:pPr>
        <w:spacing w:after="0"/>
      </w:pPr>
      <w:r>
        <w:rPr>
          <w:rFonts w:ascii="Arial" w:hAnsi="Arial"/>
          <w:b/>
        </w:rPr>
        <w:t xml:space="preserve">Will Robin  </w:t>
      </w:r>
      <w:r>
        <w:rPr>
          <w:rFonts w:ascii="Arial" w:hAnsi="Arial"/>
          <w:color w:val="5D7284"/>
        </w:rPr>
        <w:t>00:47</w:t>
      </w:r>
    </w:p>
    <w:p w14:paraId="249D1DAD" w14:textId="77777777" w:rsidR="00DB4E0C" w:rsidRDefault="00000000">
      <w:pPr>
        <w:spacing w:after="0"/>
      </w:pPr>
      <w:r>
        <w:rPr>
          <w:rFonts w:ascii="Arial" w:hAnsi="Arial"/>
        </w:rPr>
        <w:t>Welcome back at last to Sound Expertise. I'm your host, Will Robin. And this is a podcast where I talk to my fellow music scholars about their research, and why it matters. I am very, very happy to finally be kicking off season three of the show after a nearly two year hiatus. If you've been wondering where I've been, it's pretty simple. I've been a dad. I've got two kids now, Ira and Goldie. And it is remarkably difficult to schedule long form interviews around two different naptimes. But thankfully, things calmed down a bit this spring. And I'm very happy to have lined up what will be our most ambitious season yet. We'll talk to all kinds of different music scholars about a wide range of topics, from Bach and Beethoven to Brazilian bossa nova and Soviet synthesizers to hip hop and mass incarceration, to the devastating war in Ukraine. And I'm incredibly excited about our season debut guest the incredible and powers of NPR, one of my absolute favorite music critics for the past few years, and has been working on a book about Joni Mitchell. And it's almost done. I've been wanting to talk to her about it for a long time, and managed to catch her right after she completed the first draft. Our conversation today is about Joni, but also much more: what it means to write a biography of a living musician, what it means to write about women's lives, what it means to grapple with your own identity as you grapple with providing insight into someone else's. It's one of my favorite conversations I've done for the show. And I want you to hear it. So here's me and Ann Powers now on season three of sound expertise.</w:t>
      </w:r>
    </w:p>
    <w:p w14:paraId="3A882D72" w14:textId="77777777" w:rsidR="00DB4E0C" w:rsidRDefault="00DB4E0C">
      <w:pPr>
        <w:spacing w:after="0"/>
      </w:pPr>
    </w:p>
    <w:p w14:paraId="15443FB7" w14:textId="77777777" w:rsidR="00DB4E0C" w:rsidRDefault="00000000">
      <w:pPr>
        <w:spacing w:after="0"/>
      </w:pPr>
      <w:r>
        <w:rPr>
          <w:rFonts w:ascii="Arial" w:hAnsi="Arial"/>
          <w:color w:val="5D7284"/>
        </w:rPr>
        <w:t>02:34</w:t>
      </w:r>
    </w:p>
    <w:p w14:paraId="3C3A2F3A" w14:textId="77777777" w:rsidR="007C5516" w:rsidRDefault="007C5516" w:rsidP="007C5516">
      <w:pPr>
        <w:spacing w:after="0"/>
      </w:pPr>
      <w:r>
        <w:rPr>
          <w:rFonts w:ascii="Arial" w:hAnsi="Arial"/>
        </w:rPr>
        <w:t>[Music]</w:t>
      </w:r>
    </w:p>
    <w:p w14:paraId="03ED1D61" w14:textId="77777777" w:rsidR="00DB4E0C" w:rsidRDefault="00DB4E0C">
      <w:pPr>
        <w:spacing w:after="0"/>
      </w:pPr>
    </w:p>
    <w:p w14:paraId="3A8CB5D4" w14:textId="77777777" w:rsidR="00DB4E0C" w:rsidRDefault="00000000">
      <w:pPr>
        <w:spacing w:after="0"/>
      </w:pPr>
      <w:r>
        <w:rPr>
          <w:rFonts w:ascii="Arial" w:hAnsi="Arial"/>
          <w:b/>
        </w:rPr>
        <w:t xml:space="preserve">Will Robin  </w:t>
      </w:r>
      <w:r>
        <w:rPr>
          <w:rFonts w:ascii="Arial" w:hAnsi="Arial"/>
          <w:color w:val="5D7284"/>
        </w:rPr>
        <w:t>02:42</w:t>
      </w:r>
    </w:p>
    <w:p w14:paraId="43286A92" w14:textId="77777777" w:rsidR="00DB4E0C" w:rsidRDefault="00000000">
      <w:pPr>
        <w:spacing w:after="0"/>
      </w:pPr>
      <w:r>
        <w:rPr>
          <w:rFonts w:ascii="Arial" w:hAnsi="Arial"/>
        </w:rPr>
        <w:t xml:space="preserve">So I want to start by talking about Joni Mitchell about whom you're currently writing a book. You have this incredible essay from 2021, on the 50th anniversary of her canonic album Blue. And what struck me about that essay, reading all the other anniversary coverage of that album is that you seem to be doing something very different in your essay, kind of trying to rewire our understanding of Blue away </w:t>
      </w:r>
      <w:r>
        <w:rPr>
          <w:rFonts w:ascii="Arial" w:hAnsi="Arial"/>
        </w:rPr>
        <w:lastRenderedPageBreak/>
        <w:t>from this kind of idea of it as a very confessional and open and personal outpouring of feelings, and more towards this idea of it as crafted and process based and in dialogue with other artists. Can you talk a little bit about why you see that as the necessary intervention to make for that album, and also for Mitchell's work more broadly?</w:t>
      </w:r>
    </w:p>
    <w:p w14:paraId="008D33BE" w14:textId="77777777" w:rsidR="00DB4E0C" w:rsidRDefault="00DB4E0C">
      <w:pPr>
        <w:spacing w:after="0"/>
      </w:pPr>
    </w:p>
    <w:p w14:paraId="4406A530" w14:textId="77777777" w:rsidR="00DB4E0C" w:rsidRDefault="00000000">
      <w:pPr>
        <w:spacing w:after="0"/>
      </w:pPr>
      <w:r>
        <w:rPr>
          <w:rFonts w:ascii="Arial" w:hAnsi="Arial"/>
          <w:b/>
        </w:rPr>
        <w:t xml:space="preserve">Ann Powers  </w:t>
      </w:r>
      <w:r>
        <w:rPr>
          <w:rFonts w:ascii="Arial" w:hAnsi="Arial"/>
          <w:color w:val="5D7284"/>
        </w:rPr>
        <w:t>03:29</w:t>
      </w:r>
    </w:p>
    <w:p w14:paraId="4DFBFFE0" w14:textId="77777777" w:rsidR="00DB4E0C" w:rsidRDefault="00000000">
      <w:pPr>
        <w:spacing w:after="0"/>
      </w:pPr>
      <w:r>
        <w:rPr>
          <w:rFonts w:ascii="Arial" w:hAnsi="Arial"/>
        </w:rPr>
        <w:t>First of all, I just want to say, Will, thank you for having me on your podcast.</w:t>
      </w:r>
    </w:p>
    <w:p w14:paraId="579406B8" w14:textId="77777777" w:rsidR="00DB4E0C" w:rsidRDefault="00DB4E0C">
      <w:pPr>
        <w:spacing w:after="0"/>
      </w:pPr>
    </w:p>
    <w:p w14:paraId="64D2B295" w14:textId="77777777" w:rsidR="00DB4E0C" w:rsidRDefault="00000000">
      <w:pPr>
        <w:spacing w:after="0"/>
      </w:pPr>
      <w:r>
        <w:rPr>
          <w:rFonts w:ascii="Arial" w:hAnsi="Arial"/>
          <w:b/>
        </w:rPr>
        <w:t xml:space="preserve">Will Robin  </w:t>
      </w:r>
      <w:r>
        <w:rPr>
          <w:rFonts w:ascii="Arial" w:hAnsi="Arial"/>
          <w:color w:val="5D7284"/>
        </w:rPr>
        <w:t>03:33</w:t>
      </w:r>
    </w:p>
    <w:p w14:paraId="0219F3FF" w14:textId="77777777" w:rsidR="00DB4E0C" w:rsidRDefault="00000000">
      <w:pPr>
        <w:spacing w:after="0"/>
      </w:pPr>
      <w:r>
        <w:rPr>
          <w:rFonts w:ascii="Arial" w:hAnsi="Arial"/>
        </w:rPr>
        <w:t>Absolutely.</w:t>
      </w:r>
    </w:p>
    <w:p w14:paraId="38B22666" w14:textId="77777777" w:rsidR="00DB4E0C" w:rsidRDefault="00DB4E0C">
      <w:pPr>
        <w:spacing w:after="0"/>
      </w:pPr>
    </w:p>
    <w:p w14:paraId="2577E9B4" w14:textId="77777777" w:rsidR="00DB4E0C" w:rsidRDefault="00000000">
      <w:pPr>
        <w:spacing w:after="0"/>
      </w:pPr>
      <w:r>
        <w:rPr>
          <w:rFonts w:ascii="Arial" w:hAnsi="Arial"/>
          <w:b/>
        </w:rPr>
        <w:t xml:space="preserve">Ann Powers  </w:t>
      </w:r>
      <w:r>
        <w:rPr>
          <w:rFonts w:ascii="Arial" w:hAnsi="Arial"/>
          <w:color w:val="5D7284"/>
        </w:rPr>
        <w:t>03:34</w:t>
      </w:r>
    </w:p>
    <w:p w14:paraId="044D7649" w14:textId="0568FEEA" w:rsidR="00DB4E0C" w:rsidRDefault="00000000">
      <w:pPr>
        <w:spacing w:after="0"/>
      </w:pPr>
      <w:r>
        <w:rPr>
          <w:rFonts w:ascii="Arial" w:hAnsi="Arial"/>
        </w:rPr>
        <w:t>As a working journalist, music writer, who you know, has some connections to academia but isn't officially a music scholar or musicologist, it always means a lot when people connected to the academy, reach out and connect with those of us doing the work in the field or whatever you want to call it. So I really appreciate that. So Joni, yeah. As far as your specific question, why it's important to talk about craft with someone like Joni Mitchell, I think the answer is multi layered. I mean, there is a side of it that is definitely about gender, about conceptions of women in popular music as highly emotional, unscripted, the kind of water bearers of intimacy. So, having spent five plus years thinking about Joni Mitchell, I will say, she herself sometimes has thought of herself in that way, especially around the album Blue, but for much more of her career and I think within her music making process, she… she's a total nerd, a total music crafty, technical… what's this synthesizer? What's that? ... tell me Alex Acuna about your percussion instruments kind of nerd --</w:t>
      </w:r>
      <w:r w:rsidR="007C5516">
        <w:rPr>
          <w:rFonts w:ascii="Arial" w:hAnsi="Arial"/>
        </w:rPr>
        <w:t xml:space="preserve"> </w:t>
      </w:r>
      <w:r>
        <w:rPr>
          <w:rFonts w:ascii="Arial" w:hAnsi="Arial"/>
        </w:rPr>
        <w:t>Alex Acuna being one of her many percussionists over the years. And though there has been a bunch of writing on her guitar style, in specific, because she uses all these alternate tunings, I think still, especially in the mainstream, that discourse always returns to this... space of mystery, space of the highly personal. And as I write in that essay, it all centers on this quote that … she created a myth... She is a very self</w:t>
      </w:r>
      <w:r w:rsidR="007C5516">
        <w:rPr>
          <w:rFonts w:ascii="Arial" w:hAnsi="Arial"/>
        </w:rPr>
        <w:t>-</w:t>
      </w:r>
      <w:r>
        <w:rPr>
          <w:rFonts w:ascii="Arial" w:hAnsi="Arial"/>
        </w:rPr>
        <w:t>mythologizing person. And part of her mythologizing was to say, I was as clear as cellophane, I had nothing around me, I was just, unfiltered, whatever. And it's not that I don't believe that. But I think I can hold both truths at once. And so I wanted to write something about the work she did -- the thought, beyond the feeling or connected to the feeling or intertwined with the feeling that went into that album. Right? Yeah. So in the piece, you put Blue very strongly in dialogue with Miles Davis's Kind of Blue. Why that album in particular? And what did you want it to say about Joni's work that might not have been said otherwise? Yeah. Well, she's a huge Miles fanatic. And that's one of the threads in her life. You know, she talks about Miles Davis constantly. She always wanted to work with him, never got to work with him. And refers back to his work a lot. Not necessarily to Kind of Blue, but to Nefertiti, Sketches of Spain, other Miles records. But I thought, well, I think Joni wants me to talk about this. Basically... I should say, for this book, I didn't speak with Joni Mitchell, she is aware that the book is happening. I spoke to a lot of people around her, but we can talk about why that is later. But I feel like... in her interviews, oftentimes she says things, I've read so many. And then people don't take it up. And so the fact that she said, so many times, I'm influenced by Miles Davis. And so few people have actually said, Well, let's think about her in relation to Miles's work is one motivation for thinking about her in connection to Kind of Blue. Another would be the status that Kind of Blue holds in our culture, in our listening world, which is similar to the status of Blue. Kind of Blue is the best</w:t>
      </w:r>
      <w:r w:rsidR="007C5516">
        <w:rPr>
          <w:rFonts w:ascii="Arial" w:hAnsi="Arial"/>
        </w:rPr>
        <w:t>-</w:t>
      </w:r>
      <w:r>
        <w:rPr>
          <w:rFonts w:ascii="Arial" w:hAnsi="Arial"/>
        </w:rPr>
        <w:t xml:space="preserve">selling jazz album of all time. It's iconic, as the kids say. And I </w:t>
      </w:r>
      <w:r>
        <w:rPr>
          <w:rFonts w:ascii="Arial" w:hAnsi="Arial"/>
        </w:rPr>
        <w:lastRenderedPageBreak/>
        <w:t>think it has a similar place in a lot of people's lives. It's that rainy Sunday afternoon album. So they made sense to talk about in relation to each other. And then the third reason, I think, which actually emerged after I started writing this essay is Bill Evans, you know, because I feel like I got very interested in his process and his life story. And there's a kind of similar... well first, there's like a similar aura of introspection around him that's also mythologized, as this cerebral junkie, who was remote in many ways. And then usefully, he was a good comparison to James Taylor, who was a very important collaborator and was Joni's lover at the time when she was starting to work on Blue.</w:t>
      </w:r>
    </w:p>
    <w:p w14:paraId="2ABF8478" w14:textId="77777777" w:rsidR="00DB4E0C" w:rsidRDefault="00DB4E0C">
      <w:pPr>
        <w:spacing w:after="0"/>
      </w:pPr>
    </w:p>
    <w:p w14:paraId="1049C10B" w14:textId="77777777" w:rsidR="00DB4E0C" w:rsidRDefault="00000000">
      <w:pPr>
        <w:spacing w:after="0"/>
      </w:pPr>
      <w:r>
        <w:rPr>
          <w:rFonts w:ascii="Arial" w:hAnsi="Arial"/>
          <w:b/>
        </w:rPr>
        <w:t xml:space="preserve">Will Robin  </w:t>
      </w:r>
      <w:r>
        <w:rPr>
          <w:rFonts w:ascii="Arial" w:hAnsi="Arial"/>
          <w:color w:val="5D7284"/>
        </w:rPr>
        <w:t>08:57</w:t>
      </w:r>
    </w:p>
    <w:p w14:paraId="787F877A" w14:textId="77777777" w:rsidR="00DB4E0C" w:rsidRDefault="00000000">
      <w:pPr>
        <w:spacing w:after="0"/>
      </w:pPr>
      <w:r>
        <w:rPr>
          <w:rFonts w:ascii="Arial" w:hAnsi="Arial"/>
        </w:rPr>
        <w:t>So you mentioned no one picking up the Miles Davis thread she gives in interviews but everyone obviously picking up on the cellophane quote, what do you think it is about those two kinds of discourses that one is the path that the Joni writers go down, and the other is what is often overlooked?</w:t>
      </w:r>
    </w:p>
    <w:p w14:paraId="4F7D5445" w14:textId="77777777" w:rsidR="00DB4E0C" w:rsidRDefault="00DB4E0C">
      <w:pPr>
        <w:spacing w:after="0"/>
      </w:pPr>
    </w:p>
    <w:p w14:paraId="1616CC23" w14:textId="77777777" w:rsidR="00DB4E0C" w:rsidRDefault="00000000">
      <w:pPr>
        <w:spacing w:after="0"/>
      </w:pPr>
      <w:r>
        <w:rPr>
          <w:rFonts w:ascii="Arial" w:hAnsi="Arial"/>
          <w:b/>
        </w:rPr>
        <w:t xml:space="preserve">Ann Powers  </w:t>
      </w:r>
      <w:r>
        <w:rPr>
          <w:rFonts w:ascii="Arial" w:hAnsi="Arial"/>
          <w:color w:val="5D7284"/>
        </w:rPr>
        <w:t>09:16</w:t>
      </w:r>
    </w:p>
    <w:p w14:paraId="03A211DE" w14:textId="581C81FE" w:rsidR="00DB4E0C" w:rsidRDefault="00000000">
      <w:pPr>
        <w:spacing w:after="0"/>
      </w:pPr>
      <w:r>
        <w:rPr>
          <w:rFonts w:ascii="Arial" w:hAnsi="Arial"/>
        </w:rPr>
        <w:t xml:space="preserve">Hmm. I'm thinking hard about that question. Because I think there's something deep in that having to do with how we treat celebrities and women in particular. You know, I've been a working journalist for 150,000 years, so I've had a lot of experience profiling artists and stuff and there is this tendency that's encouraged within our celebrity culture and within Media, to not really treat musicians, popular musicians, as workers or as crafts people, or as nerds like I like to say, but to treat them as scintillating personalities. And part of that is when you're writing for the general reader, the general reader doesn't necessarily know what tunings are, or what it means that you're using a Roland synthesizer versus a </w:t>
      </w:r>
      <w:proofErr w:type="spellStart"/>
      <w:r>
        <w:rPr>
          <w:rFonts w:ascii="Arial" w:hAnsi="Arial"/>
        </w:rPr>
        <w:t>Fairlight</w:t>
      </w:r>
      <w:proofErr w:type="spellEnd"/>
      <w:r>
        <w:rPr>
          <w:rFonts w:ascii="Arial" w:hAnsi="Arial"/>
        </w:rPr>
        <w:t xml:space="preserve"> or whatever. And -- wait -- Roland made </w:t>
      </w:r>
      <w:proofErr w:type="spellStart"/>
      <w:r>
        <w:rPr>
          <w:rFonts w:ascii="Arial" w:hAnsi="Arial"/>
        </w:rPr>
        <w:t>Fairlight</w:t>
      </w:r>
      <w:proofErr w:type="spellEnd"/>
      <w:r>
        <w:rPr>
          <w:rFonts w:ascii="Arial" w:hAnsi="Arial"/>
        </w:rPr>
        <w:t xml:space="preserve"> -- I'm showing my own ignorance! Anyway. Yamaha.  So I think... I'm rambling here, but I'll tell you a little story. When I was younger, I know how to play guitar, like I was a kid, I could play guitar and I have done some singing and stuff. Strictly amateur, but I do know how to read music and stuff. But I'm not like a musician, like, like John </w:t>
      </w:r>
      <w:proofErr w:type="spellStart"/>
      <w:r>
        <w:rPr>
          <w:rFonts w:ascii="Arial" w:hAnsi="Arial"/>
        </w:rPr>
        <w:t>Perella</w:t>
      </w:r>
      <w:proofErr w:type="spellEnd"/>
      <w:r>
        <w:rPr>
          <w:rFonts w:ascii="Arial" w:hAnsi="Arial"/>
        </w:rPr>
        <w:t xml:space="preserve"> is, for example, my mentor at the New York Times when I worked there, he's a musician. So part of it was, I couldn't really have those conversations when I was younger, but I always felt that pressure -- and somewhat self</w:t>
      </w:r>
      <w:r w:rsidR="007C5516">
        <w:rPr>
          <w:rFonts w:ascii="Arial" w:hAnsi="Arial"/>
        </w:rPr>
        <w:t>-</w:t>
      </w:r>
      <w:r>
        <w:rPr>
          <w:rFonts w:ascii="Arial" w:hAnsi="Arial"/>
        </w:rPr>
        <w:t xml:space="preserve">imposed -- to write personally about celebrities, about artists. And then I also had a kind of a hostility toward the magazines that were oriented around musicians, which I felt were exclusionary, like Guitar Player, or even Musician magazine. But we always would joke with each other, music journalist -- ah, you know, all these artists want to do is talk to Guitar Player, they all want to talk to Music. Well, now I understand why it's because they were actually talking about the thing they were doing, as opposed to who they were </w:t>
      </w:r>
      <w:proofErr w:type="spellStart"/>
      <w:r>
        <w:rPr>
          <w:rFonts w:ascii="Arial" w:hAnsi="Arial"/>
        </w:rPr>
        <w:t>shtupping</w:t>
      </w:r>
      <w:proofErr w:type="spellEnd"/>
      <w:r>
        <w:rPr>
          <w:rFonts w:ascii="Arial" w:hAnsi="Arial"/>
        </w:rPr>
        <w:t>, or what book they were reading, or if they enjoyed bowling. So I think that's one reason that the emotional state of Joni is the main thing that we talk about when we talk about Blue. Another reason is because she does do a great job of mirroring and evoking that feeling of intense loss, and just aloneness and feeling bereft, that everyone feels when they go through various forms of grief. And so you want to think about that, you feel that when you listen to Blue, you want to think about how she thinks about, feels about that. And then the third reason, and this is for anyone out there who's done the kind of work I do, and read thousands of interviews by one person, she just told the story so often, and every artist I've ever interviewed does this, they repeat themselves constantly. And so it just becomes ... I believe it's true. But it also becomes true, the more she tells her story.</w:t>
      </w:r>
    </w:p>
    <w:p w14:paraId="7B941922" w14:textId="77777777" w:rsidR="00DB4E0C" w:rsidRDefault="00DB4E0C">
      <w:pPr>
        <w:spacing w:after="0"/>
      </w:pPr>
    </w:p>
    <w:p w14:paraId="7B9522FC" w14:textId="77777777" w:rsidR="00DB4E0C" w:rsidRDefault="00000000">
      <w:pPr>
        <w:spacing w:after="0"/>
      </w:pPr>
      <w:r>
        <w:rPr>
          <w:rFonts w:ascii="Arial" w:hAnsi="Arial"/>
          <w:b/>
        </w:rPr>
        <w:t xml:space="preserve">Will Robin  </w:t>
      </w:r>
      <w:r>
        <w:rPr>
          <w:rFonts w:ascii="Arial" w:hAnsi="Arial"/>
          <w:color w:val="5D7284"/>
        </w:rPr>
        <w:t>12:56</w:t>
      </w:r>
    </w:p>
    <w:p w14:paraId="236C24A5" w14:textId="77777777" w:rsidR="00DB4E0C" w:rsidRDefault="00000000">
      <w:pPr>
        <w:spacing w:after="0"/>
      </w:pPr>
      <w:r>
        <w:rPr>
          <w:rFonts w:ascii="Arial" w:hAnsi="Arial"/>
        </w:rPr>
        <w:lastRenderedPageBreak/>
        <w:t>You know, maybe that's a little bit of a way to dig into some of the kind of questions that you're raising in your book more broadly, which is, how much when you're writing with ... writing about an artist who is both alive and has been giving interviews for decades, are you working around the things they've said versus through the things they said, if that makes sense?</w:t>
      </w:r>
    </w:p>
    <w:p w14:paraId="06C6949A" w14:textId="77777777" w:rsidR="00DB4E0C" w:rsidRDefault="00DB4E0C">
      <w:pPr>
        <w:spacing w:after="0"/>
      </w:pPr>
    </w:p>
    <w:p w14:paraId="0B3F9670" w14:textId="77777777" w:rsidR="00DB4E0C" w:rsidRDefault="00000000">
      <w:pPr>
        <w:spacing w:after="0"/>
      </w:pPr>
      <w:r>
        <w:rPr>
          <w:rFonts w:ascii="Arial" w:hAnsi="Arial"/>
          <w:b/>
        </w:rPr>
        <w:t xml:space="preserve">Ann Powers  </w:t>
      </w:r>
      <w:r>
        <w:rPr>
          <w:rFonts w:ascii="Arial" w:hAnsi="Arial"/>
          <w:color w:val="5D7284"/>
        </w:rPr>
        <w:t>13:17</w:t>
      </w:r>
    </w:p>
    <w:p w14:paraId="217B0CE6" w14:textId="77777777" w:rsidR="00DB4E0C" w:rsidRDefault="00000000">
      <w:pPr>
        <w:spacing w:after="0"/>
      </w:pPr>
      <w:r>
        <w:rPr>
          <w:rFonts w:ascii="Arial" w:hAnsi="Arial"/>
        </w:rPr>
        <w:t xml:space="preserve">Yeah. Great question. I read Janet Malcolm's book on Sylvia Plath, and that helped me a lot. Also. Geoff Dyer's book on D H Lawrence or about not knowing how to write about D. H. Lawrence called Out of Sheer Rage. That's a great book. Malcolm's book is called The Silent Woman. A lot of biographers are struggling with this always, like where actually is the person that you're writing about in your text. And I just don't have the personality or constitution to be a great conventional biographer. I think I'm too anxious about what other people think of me. </w:t>
      </w:r>
    </w:p>
    <w:p w14:paraId="08AA8E9A" w14:textId="77777777" w:rsidR="00DB4E0C" w:rsidRDefault="00DB4E0C">
      <w:pPr>
        <w:spacing w:after="0"/>
      </w:pPr>
    </w:p>
    <w:p w14:paraId="122D6285" w14:textId="77777777" w:rsidR="00DB4E0C" w:rsidRDefault="00000000">
      <w:pPr>
        <w:spacing w:after="0"/>
      </w:pPr>
      <w:r>
        <w:rPr>
          <w:rFonts w:ascii="Arial" w:hAnsi="Arial"/>
          <w:b/>
        </w:rPr>
        <w:t xml:space="preserve">Will Robin  </w:t>
      </w:r>
      <w:r>
        <w:rPr>
          <w:rFonts w:ascii="Arial" w:hAnsi="Arial"/>
          <w:color w:val="5D7284"/>
        </w:rPr>
        <w:t>14:04</w:t>
      </w:r>
    </w:p>
    <w:p w14:paraId="7229411C" w14:textId="77777777" w:rsidR="00DB4E0C" w:rsidRDefault="00000000">
      <w:pPr>
        <w:spacing w:after="0"/>
      </w:pPr>
      <w:r>
        <w:rPr>
          <w:rFonts w:ascii="Arial" w:hAnsi="Arial"/>
        </w:rPr>
        <w:t>I'm sorry, what do you what do you imagine a conventional biographer does that you feel like you can't do?</w:t>
      </w:r>
    </w:p>
    <w:p w14:paraId="33B3C33D" w14:textId="77777777" w:rsidR="00DB4E0C" w:rsidRDefault="00DB4E0C">
      <w:pPr>
        <w:spacing w:after="0"/>
      </w:pPr>
    </w:p>
    <w:p w14:paraId="1255BC93" w14:textId="77777777" w:rsidR="00DB4E0C" w:rsidRDefault="00000000">
      <w:pPr>
        <w:spacing w:after="0"/>
      </w:pPr>
      <w:r>
        <w:rPr>
          <w:rFonts w:ascii="Arial" w:hAnsi="Arial"/>
          <w:b/>
        </w:rPr>
        <w:t xml:space="preserve">Ann Powers  </w:t>
      </w:r>
      <w:r>
        <w:rPr>
          <w:rFonts w:ascii="Arial" w:hAnsi="Arial"/>
          <w:color w:val="5D7284"/>
        </w:rPr>
        <w:t>14:10</w:t>
      </w:r>
    </w:p>
    <w:p w14:paraId="7E301CD4" w14:textId="77777777" w:rsidR="00DB4E0C" w:rsidRDefault="00000000">
      <w:pPr>
        <w:spacing w:after="0"/>
      </w:pPr>
      <w:r>
        <w:rPr>
          <w:rFonts w:ascii="Arial" w:hAnsi="Arial"/>
        </w:rPr>
        <w:t>I think there's a confidence in ... the thing that comes to mind is that you're really good at hanging out and really good at just persistently spending time waiting for the truth, whatever that is, for the information to reveal itself to you. And... I don't know, my friend Holly George Warren, she's a great biographer. She's written many biographies. Janis Joplin, Alex Chilton, Gene Autry, et cetera. And I think she's really good at that. But for me, I just -- and this is why I became a critic -- I have intrusive thoughts, I want to ... I just turn to my own thoughts to get me through the angst of writing [both laugh]. So there I am with my thoughts. And, it's not that a great conventional biographer doesn't have their own thoughts too. Of course they do. But you have to be a little more... They have to be able to create more space for just the information, other people's stories, the subject to solidify, than I have.  And then Joni, in particular, I think is an extremely anxiety provoking person and figure, she's very contentious. She's been rough on her previous biographers, with the exception, I think of Michelle Mercer, who wrote a great book on her about her Blue period, called Will You Take Me As I Am. And I think Joni liked that one. But she's rough on her biographers. She's rough on other journalists. She's scary, you know? So what I ended up doing was spending a couple years just freaking out. I can't write this book. And then eventually just leaning into that and being like, Okay, I have to think I have to bring myself into the story. And I have to confront my own sort of unstable perception around Joni.</w:t>
      </w:r>
    </w:p>
    <w:p w14:paraId="16CEF185" w14:textId="77777777" w:rsidR="00DB4E0C" w:rsidRDefault="00DB4E0C">
      <w:pPr>
        <w:spacing w:after="0"/>
      </w:pPr>
    </w:p>
    <w:p w14:paraId="1C144293" w14:textId="77777777" w:rsidR="00DB4E0C" w:rsidRDefault="00000000">
      <w:pPr>
        <w:spacing w:after="0"/>
      </w:pPr>
      <w:r>
        <w:rPr>
          <w:rFonts w:ascii="Arial" w:hAnsi="Arial"/>
          <w:b/>
        </w:rPr>
        <w:t xml:space="preserve">Will Robin  </w:t>
      </w:r>
      <w:r>
        <w:rPr>
          <w:rFonts w:ascii="Arial" w:hAnsi="Arial"/>
          <w:color w:val="5D7284"/>
        </w:rPr>
        <w:t>16:19</w:t>
      </w:r>
    </w:p>
    <w:p w14:paraId="504AD146" w14:textId="58B3D68C" w:rsidR="00DB4E0C" w:rsidRDefault="00000000">
      <w:pPr>
        <w:spacing w:after="0"/>
      </w:pPr>
      <w:r>
        <w:rPr>
          <w:rFonts w:ascii="Arial" w:hAnsi="Arial"/>
        </w:rPr>
        <w:t>So is this a conventional biography? How are you imagining what this book is?</w:t>
      </w:r>
    </w:p>
    <w:p w14:paraId="614B5C65" w14:textId="77777777" w:rsidR="00DB4E0C" w:rsidRDefault="00DB4E0C">
      <w:pPr>
        <w:spacing w:after="0"/>
      </w:pPr>
    </w:p>
    <w:p w14:paraId="23247319" w14:textId="77777777" w:rsidR="00DB4E0C" w:rsidRDefault="00000000">
      <w:pPr>
        <w:spacing w:after="0"/>
      </w:pPr>
      <w:r>
        <w:rPr>
          <w:rFonts w:ascii="Arial" w:hAnsi="Arial"/>
          <w:b/>
        </w:rPr>
        <w:t xml:space="preserve">Ann Powers  </w:t>
      </w:r>
      <w:r>
        <w:rPr>
          <w:rFonts w:ascii="Arial" w:hAnsi="Arial"/>
          <w:color w:val="5D7284"/>
        </w:rPr>
        <w:t>16:25</w:t>
      </w:r>
    </w:p>
    <w:p w14:paraId="486048D8" w14:textId="77777777" w:rsidR="00DB4E0C" w:rsidRDefault="00000000">
      <w:pPr>
        <w:spacing w:after="0"/>
      </w:pPr>
      <w:r>
        <w:rPr>
          <w:rFonts w:ascii="Arial" w:hAnsi="Arial"/>
        </w:rPr>
        <w:t>I heard somebody say on a podcast the term Biblio-memoir, so I'm running with that.</w:t>
      </w:r>
    </w:p>
    <w:p w14:paraId="30D75A3D" w14:textId="77777777" w:rsidR="00DB4E0C" w:rsidRDefault="00DB4E0C">
      <w:pPr>
        <w:spacing w:after="0"/>
      </w:pPr>
    </w:p>
    <w:p w14:paraId="50ADB2D9" w14:textId="77777777" w:rsidR="00DB4E0C" w:rsidRDefault="00000000">
      <w:pPr>
        <w:spacing w:after="0"/>
      </w:pPr>
      <w:r>
        <w:rPr>
          <w:rFonts w:ascii="Arial" w:hAnsi="Arial"/>
          <w:b/>
        </w:rPr>
        <w:t xml:space="preserve">Will Robin  </w:t>
      </w:r>
      <w:r>
        <w:rPr>
          <w:rFonts w:ascii="Arial" w:hAnsi="Arial"/>
          <w:color w:val="5D7284"/>
        </w:rPr>
        <w:t>16:33</w:t>
      </w:r>
    </w:p>
    <w:p w14:paraId="32B2FCC2" w14:textId="77777777" w:rsidR="00DB4E0C" w:rsidRDefault="00000000">
      <w:pPr>
        <w:spacing w:after="0"/>
      </w:pPr>
      <w:r>
        <w:rPr>
          <w:rFonts w:ascii="Arial" w:hAnsi="Arial"/>
        </w:rPr>
        <w:t>Biblio-memoir -- that to me sounds like a bibliography with a memoir. [both laugh] What does that mean for you?</w:t>
      </w:r>
    </w:p>
    <w:p w14:paraId="179774B9" w14:textId="77777777" w:rsidR="00DB4E0C" w:rsidRDefault="00DB4E0C">
      <w:pPr>
        <w:spacing w:after="0"/>
      </w:pPr>
    </w:p>
    <w:p w14:paraId="2865934F" w14:textId="77777777" w:rsidR="00DB4E0C" w:rsidRDefault="00000000">
      <w:pPr>
        <w:spacing w:after="0"/>
      </w:pPr>
      <w:r>
        <w:rPr>
          <w:rFonts w:ascii="Arial" w:hAnsi="Arial"/>
          <w:b/>
        </w:rPr>
        <w:t xml:space="preserve">Ann Powers  </w:t>
      </w:r>
      <w:r>
        <w:rPr>
          <w:rFonts w:ascii="Arial" w:hAnsi="Arial"/>
          <w:color w:val="5D7284"/>
        </w:rPr>
        <w:t>16:39</w:t>
      </w:r>
    </w:p>
    <w:p w14:paraId="5BD0F6B8" w14:textId="11488120" w:rsidR="00DB4E0C" w:rsidRDefault="00000000">
      <w:pPr>
        <w:spacing w:after="0"/>
      </w:pPr>
      <w:r>
        <w:rPr>
          <w:rFonts w:ascii="Arial" w:hAnsi="Arial"/>
        </w:rPr>
        <w:t xml:space="preserve">Maybe it should be bio memoir. You're right. Why was it biblio-memoir? I don't know. But yeah, it's a real hybrid. But I think we're seeing this form, and we've always...  we've seen this form in the past, those two books I mentioned the Janet Malcolm book, which is really about her struggle with the estate and with Ted Hughes views about how to write about Sylvia Plath, and the Jeff Dyer book, which is just this hilarious account of writer's block. You know, they were earlier texts that did this kind of thing, but right now, a lot of ... I don't know, whether it's Danielle Smith's great book Shine Bright that came out recently; Daphne Brooks' book, Liner Notes for the Revolution. Maybe it's still not as common. Oh, I wanted to mention also, Charles </w:t>
      </w:r>
      <w:proofErr w:type="spellStart"/>
      <w:r>
        <w:rPr>
          <w:rFonts w:ascii="Arial" w:hAnsi="Arial"/>
        </w:rPr>
        <w:t>Shaar</w:t>
      </w:r>
      <w:proofErr w:type="spellEnd"/>
      <w:r>
        <w:rPr>
          <w:rFonts w:ascii="Arial" w:hAnsi="Arial"/>
        </w:rPr>
        <w:t xml:space="preserve"> Murray's book Crosstown Traffic, that's a book that I think is a great one that people overlook now that really played with form, looking at an iconic figure. So, you know, I think more people are doing it and they and have done it, you know, but </w:t>
      </w:r>
      <w:proofErr w:type="spellStart"/>
      <w:r>
        <w:rPr>
          <w:rFonts w:ascii="Arial" w:hAnsi="Arial"/>
        </w:rPr>
        <w:t>But</w:t>
      </w:r>
      <w:proofErr w:type="spellEnd"/>
      <w:r>
        <w:rPr>
          <w:rFonts w:ascii="Arial" w:hAnsi="Arial"/>
        </w:rPr>
        <w:t xml:space="preserve"> yeah, what was the question? [both laugh]</w:t>
      </w:r>
    </w:p>
    <w:p w14:paraId="7A95D372" w14:textId="77777777" w:rsidR="00DB4E0C" w:rsidRDefault="00DB4E0C">
      <w:pPr>
        <w:spacing w:after="0"/>
      </w:pPr>
    </w:p>
    <w:p w14:paraId="60DDBE1D" w14:textId="77777777" w:rsidR="00DB4E0C" w:rsidRDefault="00000000">
      <w:pPr>
        <w:spacing w:after="0"/>
      </w:pPr>
      <w:r>
        <w:rPr>
          <w:rFonts w:ascii="Arial" w:hAnsi="Arial"/>
          <w:b/>
        </w:rPr>
        <w:t xml:space="preserve">Will Robin  </w:t>
      </w:r>
      <w:r>
        <w:rPr>
          <w:rFonts w:ascii="Arial" w:hAnsi="Arial"/>
          <w:color w:val="5D7284"/>
        </w:rPr>
        <w:t>17:46</w:t>
      </w:r>
    </w:p>
    <w:p w14:paraId="35D3488F" w14:textId="77777777" w:rsidR="00DB4E0C" w:rsidRDefault="00000000">
      <w:pPr>
        <w:spacing w:after="0"/>
      </w:pPr>
      <w:r>
        <w:rPr>
          <w:rFonts w:ascii="Arial" w:hAnsi="Arial"/>
        </w:rPr>
        <w:t xml:space="preserve">What kind of book it is? So like... </w:t>
      </w:r>
    </w:p>
    <w:p w14:paraId="0593709E" w14:textId="77777777" w:rsidR="00DB4E0C" w:rsidRDefault="00DB4E0C">
      <w:pPr>
        <w:spacing w:after="0"/>
      </w:pPr>
    </w:p>
    <w:p w14:paraId="045408A3" w14:textId="77777777" w:rsidR="00DB4E0C" w:rsidRDefault="00000000">
      <w:pPr>
        <w:spacing w:after="0"/>
      </w:pPr>
      <w:r>
        <w:rPr>
          <w:rFonts w:ascii="Arial" w:hAnsi="Arial"/>
          <w:b/>
        </w:rPr>
        <w:t xml:space="preserve">Ann Powers  </w:t>
      </w:r>
      <w:r>
        <w:rPr>
          <w:rFonts w:ascii="Arial" w:hAnsi="Arial"/>
          <w:color w:val="5D7284"/>
        </w:rPr>
        <w:t>17:48</w:t>
      </w:r>
    </w:p>
    <w:p w14:paraId="26DC0146" w14:textId="77777777" w:rsidR="00DB4E0C" w:rsidRDefault="00000000">
      <w:pPr>
        <w:spacing w:after="0"/>
      </w:pPr>
      <w:r>
        <w:rPr>
          <w:rFonts w:ascii="Arial" w:hAnsi="Arial"/>
        </w:rPr>
        <w:t>Yeah... So my working title, which won't be the title. I keep thinking Approaching Joni Mitchell. I was describing this to somebody the other day. There's a famous picture of Joni that Joel Bernstein took, I think, that -- they're in the Midwest somewhere. She's ice skating. She's wearing the same black outfit she wears on, I think the some of the packaging of Hejira. And she's just this figure in the middle of this huge ice.</w:t>
      </w:r>
    </w:p>
    <w:p w14:paraId="6129ACC6" w14:textId="77777777" w:rsidR="00DB4E0C" w:rsidRDefault="00DB4E0C">
      <w:pPr>
        <w:spacing w:after="0"/>
      </w:pPr>
    </w:p>
    <w:p w14:paraId="16D619AC" w14:textId="77777777" w:rsidR="00DB4E0C" w:rsidRDefault="00000000">
      <w:pPr>
        <w:spacing w:after="0"/>
      </w:pPr>
      <w:r>
        <w:rPr>
          <w:rFonts w:ascii="Arial" w:hAnsi="Arial"/>
          <w:b/>
        </w:rPr>
        <w:t xml:space="preserve">Will Robin  </w:t>
      </w:r>
      <w:r>
        <w:rPr>
          <w:rFonts w:ascii="Arial" w:hAnsi="Arial"/>
          <w:color w:val="5D7284"/>
        </w:rPr>
        <w:t>18:20</w:t>
      </w:r>
    </w:p>
    <w:p w14:paraId="2EA3AAFC" w14:textId="77777777" w:rsidR="00DB4E0C" w:rsidRDefault="00000000">
      <w:pPr>
        <w:spacing w:after="0"/>
      </w:pPr>
      <w:r>
        <w:rPr>
          <w:rFonts w:ascii="Arial" w:hAnsi="Arial"/>
        </w:rPr>
        <w:t xml:space="preserve"> I just pulled up the photo.</w:t>
      </w:r>
    </w:p>
    <w:p w14:paraId="57E354AC" w14:textId="77777777" w:rsidR="00DB4E0C" w:rsidRDefault="00DB4E0C">
      <w:pPr>
        <w:spacing w:after="0"/>
      </w:pPr>
    </w:p>
    <w:p w14:paraId="47341D21" w14:textId="77777777" w:rsidR="00DB4E0C" w:rsidRDefault="00000000">
      <w:pPr>
        <w:spacing w:after="0"/>
      </w:pPr>
      <w:r>
        <w:rPr>
          <w:rFonts w:ascii="Arial" w:hAnsi="Arial"/>
          <w:b/>
        </w:rPr>
        <w:t xml:space="preserve">Ann Powers  </w:t>
      </w:r>
      <w:r>
        <w:rPr>
          <w:rFonts w:ascii="Arial" w:hAnsi="Arial"/>
          <w:color w:val="5D7284"/>
        </w:rPr>
        <w:t>18:22</w:t>
      </w:r>
    </w:p>
    <w:p w14:paraId="354E623E" w14:textId="77777777" w:rsidR="00DB4E0C" w:rsidRDefault="00000000">
      <w:pPr>
        <w:spacing w:after="0"/>
      </w:pPr>
      <w:r>
        <w:rPr>
          <w:rFonts w:ascii="Arial" w:hAnsi="Arial"/>
        </w:rPr>
        <w:t xml:space="preserve"> So that's the Joni that I keep on my desktop. And I'm thinking about the treacherous nature of approaching someone on ice. But I'm also thinking about all these different...  she's circling, I'm circling her. So I'm circling her from all these different angles, and trying to understand her life. That said, it still has a chronological thread. But in each chapter as I move through her life, I'm thinking about the context, I'm thinking about what was going on around her, I'm thinking about how she affected cultural history, pop history, and then I'm also sort of putting myself into the story as this person trying to approach this figure.</w:t>
      </w:r>
    </w:p>
    <w:p w14:paraId="1B1BA38A" w14:textId="77777777" w:rsidR="00DB4E0C" w:rsidRDefault="00DB4E0C">
      <w:pPr>
        <w:spacing w:after="0"/>
      </w:pPr>
    </w:p>
    <w:p w14:paraId="0E5DB5C2" w14:textId="77777777" w:rsidR="00DB4E0C" w:rsidRDefault="00000000">
      <w:pPr>
        <w:spacing w:after="0"/>
      </w:pPr>
      <w:r>
        <w:rPr>
          <w:rFonts w:ascii="Arial" w:hAnsi="Arial"/>
          <w:b/>
        </w:rPr>
        <w:t xml:space="preserve">Will Robin  </w:t>
      </w:r>
      <w:r>
        <w:rPr>
          <w:rFonts w:ascii="Arial" w:hAnsi="Arial"/>
          <w:color w:val="5D7284"/>
        </w:rPr>
        <w:t>19:11</w:t>
      </w:r>
    </w:p>
    <w:p w14:paraId="3C129809" w14:textId="77777777" w:rsidR="00DB4E0C" w:rsidRDefault="00000000">
      <w:pPr>
        <w:spacing w:after="0"/>
      </w:pPr>
      <w:r>
        <w:rPr>
          <w:rFonts w:ascii="Arial" w:hAnsi="Arial"/>
        </w:rPr>
        <w:t xml:space="preserve">Yeah, yeah. It's really interesting to hear you talk about just this idea, which sounds like it's a huge, important element of the book and looking at the image now and thinking about the anxiety of trying to figure her out. Maybe before we delve into that, specifically... the Blue essay, right is more this craft thing, but you also shared with me a talk you gave last year that's more about this intensely personal relationship with her music and juxtaposing her experiences with motherhood and your complicated experiences with motherhood. Can you talk a little bit about how you have listened to Mitchell, </w:t>
      </w:r>
      <w:r>
        <w:rPr>
          <w:rFonts w:ascii="Arial" w:hAnsi="Arial"/>
        </w:rPr>
        <w:lastRenderedPageBreak/>
        <w:t>personally to Joni's music? What's your listening history with her? What are your formative emotional experiences with her music?</w:t>
      </w:r>
    </w:p>
    <w:p w14:paraId="305F72D4" w14:textId="77777777" w:rsidR="00DB4E0C" w:rsidRDefault="00DB4E0C">
      <w:pPr>
        <w:spacing w:after="0"/>
      </w:pPr>
    </w:p>
    <w:p w14:paraId="58C4F586" w14:textId="77777777" w:rsidR="00DB4E0C" w:rsidRDefault="00000000">
      <w:pPr>
        <w:spacing w:after="0"/>
      </w:pPr>
      <w:r>
        <w:rPr>
          <w:rFonts w:ascii="Arial" w:hAnsi="Arial"/>
          <w:b/>
        </w:rPr>
        <w:t xml:space="preserve">Ann Powers  </w:t>
      </w:r>
      <w:r>
        <w:rPr>
          <w:rFonts w:ascii="Arial" w:hAnsi="Arial"/>
          <w:color w:val="5D7284"/>
        </w:rPr>
        <w:t>20:02</w:t>
      </w:r>
    </w:p>
    <w:p w14:paraId="170BEC99" w14:textId="77777777" w:rsidR="00DB4E0C" w:rsidRDefault="00000000">
      <w:pPr>
        <w:spacing w:after="0"/>
      </w:pPr>
      <w:r>
        <w:rPr>
          <w:rFonts w:ascii="Arial" w:hAnsi="Arial"/>
        </w:rPr>
        <w:t>Yeah, well that that talk was a few years back at Pop Conference, luckily, I could give it in person -- which we can talk about that, that was a great experience -- rather than virtually. But well, yeah, that's another funny thing. I think with music writing focus on one figure, we expect the writer to be a superfan, or an expert at very least, and I wasn't a superfan of Joni Mitchell when I started this project. I respected her, I loved some of the records, but I had never -- I think there was like a generational slippage, I'm just young enough that she wasn't... she would have been my older sister's music if I had an older sister, which I don't. And I came up with punk and new wave and Debbie Harry and Chrissy Hines and Kate Bush, were my people. So when I came into the project, I had to really learn her music, too. And that was another reason why it's taken me so long. And as I said, Before, initially, I felt almost hostile. I felt almost hostile toward her position, about her position in the culture, because ... my husband, Eric Weisbard, we were out last year having margaritas with some friends and I got a little tipsy. And I was like, Ah, this Joni Mitchell, everybody worships her -- I was going on. He said, Ann, you always root for the underdog. I don't know why you said you'd do this project. She's not an underdog. But she thinks of herself as an underdog. So I had to struggle with that. She's constantly talking throughout her career about how she's an outsider, she doesn't get any respect. And meanwhile, she's winning every award, whatever. I mean, I think I understand it better now than I did when I started. So I actually came in resistant. And then I had to find my way in. And the way I found my way in, was really phase by phase album by album, just deeply immersing in wherever she was. So talking to people around her. Whether it was someone like David Crosby or Graham Nash or Russ Kunkel, you know, the studio drummer who plays on Blue for a few tracks, or also to some more obscure people that were on the edge of the scene. But reading everything, listening to all the other music, just like completely getting in ... the chapter that I have on jazz fusion, which really needs to be edited, on the 70s. It's so long because I spent, and it took me a really long time to write because I decided I had to learn everything about jazz fusion. So I really tried to do those deep dives into every phase and understand everything, maybe this isn't particularly unusual, but rather than it emanating outward from her, I wanted to build the world around her and then see where she was in it.</w:t>
      </w:r>
    </w:p>
    <w:p w14:paraId="3F807808" w14:textId="77777777" w:rsidR="00DB4E0C" w:rsidRDefault="00DB4E0C">
      <w:pPr>
        <w:spacing w:after="0"/>
      </w:pPr>
    </w:p>
    <w:p w14:paraId="3E89AB90" w14:textId="77777777" w:rsidR="00DB4E0C" w:rsidRDefault="00000000">
      <w:pPr>
        <w:spacing w:after="0"/>
      </w:pPr>
      <w:r>
        <w:rPr>
          <w:rFonts w:ascii="Arial" w:hAnsi="Arial"/>
          <w:b/>
        </w:rPr>
        <w:t xml:space="preserve">Will Robin  </w:t>
      </w:r>
      <w:r>
        <w:rPr>
          <w:rFonts w:ascii="Arial" w:hAnsi="Arial"/>
          <w:color w:val="5D7284"/>
        </w:rPr>
        <w:t>23:22</w:t>
      </w:r>
    </w:p>
    <w:p w14:paraId="4287994A" w14:textId="77777777" w:rsidR="00DB4E0C" w:rsidRDefault="00000000">
      <w:pPr>
        <w:spacing w:after="0"/>
      </w:pPr>
      <w:r>
        <w:rPr>
          <w:rFonts w:ascii="Arial" w:hAnsi="Arial"/>
        </w:rPr>
        <w:t>That strikes me as ... I mean, I haven't read ...  I've probably read one Mitchell biography, but I couldn't tell you which one it was. But that strikes me as, again, a different approach than one would take with a typical musician biography and especially a woman singer/songwriter musician's biography where it's so much again about` the relationships and the and the torrid stuff. And so how are you.. is that part of it, too? I mean, it has to be, right, because that's related to the craft in some capacity.</w:t>
      </w:r>
    </w:p>
    <w:p w14:paraId="67108DE3" w14:textId="77777777" w:rsidR="00DB4E0C" w:rsidRDefault="00DB4E0C">
      <w:pPr>
        <w:spacing w:after="0"/>
      </w:pPr>
    </w:p>
    <w:p w14:paraId="01202DC9" w14:textId="77777777" w:rsidR="00DB4E0C" w:rsidRDefault="00000000">
      <w:pPr>
        <w:spacing w:after="0"/>
      </w:pPr>
      <w:r>
        <w:rPr>
          <w:rFonts w:ascii="Arial" w:hAnsi="Arial"/>
          <w:b/>
        </w:rPr>
        <w:t xml:space="preserve">Ann Powers  </w:t>
      </w:r>
      <w:r>
        <w:rPr>
          <w:rFonts w:ascii="Arial" w:hAnsi="Arial"/>
          <w:color w:val="5D7284"/>
        </w:rPr>
        <w:t>23:54</w:t>
      </w:r>
    </w:p>
    <w:p w14:paraId="4A893636" w14:textId="77777777" w:rsidR="00DB4E0C" w:rsidRDefault="00000000">
      <w:pPr>
        <w:spacing w:after="0"/>
      </w:pPr>
      <w:r>
        <w:rPr>
          <w:rFonts w:ascii="Arial" w:hAnsi="Arial"/>
        </w:rPr>
        <w:t xml:space="preserve">I guess, first of all, I want to say I mentioned Holly George-Warren, I do want to say, her Janis book, it's not written in a kind of high literary style the way I'm writing this book, but I think she did that, she really created the world; and Alice Eccles also wrote a great Janis biography that's like that. I don't know. I was thinking there's been a lot of writing about Dylan -- period, we could just end the sentence there. </w:t>
      </w:r>
    </w:p>
    <w:p w14:paraId="0CF18652" w14:textId="77777777" w:rsidR="00DB4E0C" w:rsidRDefault="00DB4E0C">
      <w:pPr>
        <w:spacing w:after="0"/>
      </w:pPr>
    </w:p>
    <w:p w14:paraId="28BAA86B" w14:textId="77777777" w:rsidR="00DB4E0C" w:rsidRDefault="00000000">
      <w:pPr>
        <w:spacing w:after="0"/>
      </w:pPr>
      <w:r>
        <w:rPr>
          <w:rFonts w:ascii="Arial" w:hAnsi="Arial"/>
          <w:b/>
        </w:rPr>
        <w:lastRenderedPageBreak/>
        <w:t xml:space="preserve">Will Robin  </w:t>
      </w:r>
      <w:r>
        <w:rPr>
          <w:rFonts w:ascii="Arial" w:hAnsi="Arial"/>
          <w:color w:val="5D7284"/>
        </w:rPr>
        <w:t>24:22</w:t>
      </w:r>
    </w:p>
    <w:p w14:paraId="1BDBE64B" w14:textId="77777777" w:rsidR="00DB4E0C" w:rsidRDefault="00000000">
      <w:pPr>
        <w:spacing w:after="0"/>
      </w:pPr>
      <w:r>
        <w:rPr>
          <w:rFonts w:ascii="Arial" w:hAnsi="Arial"/>
        </w:rPr>
        <w:t>I don't want to talk about Dylan, so yeah [both laugh]</w:t>
      </w:r>
    </w:p>
    <w:p w14:paraId="5E1E816B" w14:textId="77777777" w:rsidR="00DB4E0C" w:rsidRDefault="00DB4E0C">
      <w:pPr>
        <w:spacing w:after="0"/>
      </w:pPr>
    </w:p>
    <w:p w14:paraId="5357CC39" w14:textId="77777777" w:rsidR="00DB4E0C" w:rsidRDefault="00000000">
      <w:pPr>
        <w:spacing w:after="0"/>
      </w:pPr>
      <w:r>
        <w:rPr>
          <w:rFonts w:ascii="Arial" w:hAnsi="Arial"/>
          <w:b/>
        </w:rPr>
        <w:t xml:space="preserve">Ann Powers  </w:t>
      </w:r>
      <w:r>
        <w:rPr>
          <w:rFonts w:ascii="Arial" w:hAnsi="Arial"/>
          <w:color w:val="5D7284"/>
        </w:rPr>
        <w:t>24:23</w:t>
      </w:r>
    </w:p>
    <w:p w14:paraId="6A428530" w14:textId="77777777" w:rsidR="00DB4E0C" w:rsidRDefault="00000000">
      <w:pPr>
        <w:spacing w:after="0"/>
      </w:pPr>
      <w:r>
        <w:rPr>
          <w:rFonts w:ascii="Arial" w:hAnsi="Arial"/>
        </w:rPr>
        <w:t>there's been a lot of writing about Dylan that approaches him in a similar way to how I'm approaching her. I'm even thinking there just aren't as many biographies of great women in music as there are of great men.</w:t>
      </w:r>
    </w:p>
    <w:p w14:paraId="14FC8484" w14:textId="77777777" w:rsidR="00DB4E0C" w:rsidRDefault="00DB4E0C">
      <w:pPr>
        <w:spacing w:after="0"/>
      </w:pPr>
    </w:p>
    <w:p w14:paraId="36747C05" w14:textId="77777777" w:rsidR="00DB4E0C" w:rsidRDefault="00000000">
      <w:pPr>
        <w:spacing w:after="0"/>
      </w:pPr>
      <w:r>
        <w:rPr>
          <w:rFonts w:ascii="Arial" w:hAnsi="Arial"/>
          <w:b/>
        </w:rPr>
        <w:t xml:space="preserve">Will Robin  </w:t>
      </w:r>
      <w:r>
        <w:rPr>
          <w:rFonts w:ascii="Arial" w:hAnsi="Arial"/>
          <w:color w:val="5D7284"/>
        </w:rPr>
        <w:t>24:47</w:t>
      </w:r>
    </w:p>
    <w:p w14:paraId="2DC68AE8" w14:textId="77777777" w:rsidR="00DB4E0C" w:rsidRDefault="00000000">
      <w:pPr>
        <w:spacing w:after="0"/>
      </w:pPr>
      <w:r>
        <w:rPr>
          <w:rFonts w:ascii="Arial" w:hAnsi="Arial"/>
        </w:rPr>
        <w:t>there probably aren't as many biographies of great women as there are of Dylan. [both laugh]</w:t>
      </w:r>
    </w:p>
    <w:p w14:paraId="34CBBDE0" w14:textId="77777777" w:rsidR="00DB4E0C" w:rsidRDefault="00DB4E0C">
      <w:pPr>
        <w:spacing w:after="0"/>
      </w:pPr>
    </w:p>
    <w:p w14:paraId="073FFAD1" w14:textId="77777777" w:rsidR="00DB4E0C" w:rsidRDefault="00000000">
      <w:pPr>
        <w:spacing w:after="0"/>
      </w:pPr>
      <w:r>
        <w:rPr>
          <w:rFonts w:ascii="Arial" w:hAnsi="Arial"/>
          <w:b/>
        </w:rPr>
        <w:t xml:space="preserve">Ann Powers  </w:t>
      </w:r>
      <w:r>
        <w:rPr>
          <w:rFonts w:ascii="Arial" w:hAnsi="Arial"/>
          <w:color w:val="5D7284"/>
        </w:rPr>
        <w:t>24:53</w:t>
      </w:r>
    </w:p>
    <w:p w14:paraId="3C85DF7F" w14:textId="258E50F0" w:rsidR="00DB4E0C" w:rsidRDefault="00000000">
      <w:pPr>
        <w:spacing w:after="0"/>
      </w:pPr>
      <w:r>
        <w:rPr>
          <w:rFonts w:ascii="Arial" w:hAnsi="Arial"/>
        </w:rPr>
        <w:t xml:space="preserve">I want to give credit where credit is due and say that I think Farah Jasmine Griffin's book on Billie Holiday, If You Can't Be Free Be a Mystery, is hugely influential on me and hugely important in the field. And she really takes us you know, she did it -- how long ago was that -- a long time ago now. So she set the stage for the kind of work I'm trying to do. And </w:t>
      </w:r>
      <w:proofErr w:type="spellStart"/>
      <w:r>
        <w:rPr>
          <w:rFonts w:ascii="Arial" w:hAnsi="Arial"/>
        </w:rPr>
        <w:t>Taddea</w:t>
      </w:r>
      <w:proofErr w:type="spellEnd"/>
      <w:r>
        <w:rPr>
          <w:rFonts w:ascii="Arial" w:hAnsi="Arial"/>
        </w:rPr>
        <w:t xml:space="preserve"> Hartman's [?] work also, although it's not specifically on individual pop stars has also been influential. And then I just want to mention another book that just blew my head open that I read last year that -- I was already in the process of my book, but every chance I get I mention this book.  It' is by Irish poet and translator named </w:t>
      </w:r>
      <w:proofErr w:type="spellStart"/>
      <w:r>
        <w:rPr>
          <w:rFonts w:ascii="Arial" w:hAnsi="Arial"/>
        </w:rPr>
        <w:t>Doireann</w:t>
      </w:r>
      <w:proofErr w:type="spellEnd"/>
      <w:r>
        <w:rPr>
          <w:rFonts w:ascii="Arial" w:hAnsi="Arial"/>
        </w:rPr>
        <w:t xml:space="preserve"> </w:t>
      </w:r>
      <w:proofErr w:type="spellStart"/>
      <w:r>
        <w:rPr>
          <w:rFonts w:ascii="Arial" w:hAnsi="Arial"/>
        </w:rPr>
        <w:t>Ní</w:t>
      </w:r>
      <w:proofErr w:type="spellEnd"/>
      <w:r>
        <w:rPr>
          <w:rFonts w:ascii="Arial" w:hAnsi="Arial"/>
        </w:rPr>
        <w:t xml:space="preserve"> </w:t>
      </w:r>
      <w:proofErr w:type="spellStart"/>
      <w:r>
        <w:rPr>
          <w:rFonts w:ascii="Arial" w:hAnsi="Arial"/>
        </w:rPr>
        <w:t>Ghríofa</w:t>
      </w:r>
      <w:proofErr w:type="spellEnd"/>
      <w:r>
        <w:rPr>
          <w:rFonts w:ascii="Arial" w:hAnsi="Arial"/>
        </w:rPr>
        <w:t xml:space="preserve">. It's called A Ghost in the Throat. And it's more memoir than what I'm doing, but okay, she translates this poem that's written by a woman, it's an 18th century poem. And she tries to find the lost history of this poet who's named </w:t>
      </w:r>
      <w:proofErr w:type="spellStart"/>
      <w:r>
        <w:rPr>
          <w:rFonts w:ascii="Arial" w:hAnsi="Arial"/>
        </w:rPr>
        <w:t>Eibhlín</w:t>
      </w:r>
      <w:proofErr w:type="spellEnd"/>
      <w:r>
        <w:rPr>
          <w:rFonts w:ascii="Arial" w:hAnsi="Arial"/>
        </w:rPr>
        <w:t xml:space="preserve"> </w:t>
      </w:r>
      <w:proofErr w:type="spellStart"/>
      <w:r>
        <w:rPr>
          <w:rFonts w:ascii="Arial" w:hAnsi="Arial"/>
        </w:rPr>
        <w:t>Dubh</w:t>
      </w:r>
      <w:proofErr w:type="spellEnd"/>
      <w:r>
        <w:rPr>
          <w:rFonts w:ascii="Arial" w:hAnsi="Arial"/>
        </w:rPr>
        <w:t xml:space="preserve"> -- I can't pronounce it, sorry, Irish people, bad pronunciation. But that book just changed my life. It's such a great book. It's such a great integration of scholarship, memoir, poetry, translation. So I feel like I have a lot of peers trying to do this work. It's interesting to think of Joni Mitchell as a lost figure. She's the opposite of a lost figure, you know, but at times, I feel like I was almost trying to approach her as a lost figure, if that makes any sense.</w:t>
      </w:r>
    </w:p>
    <w:p w14:paraId="76DBCE1F" w14:textId="77777777" w:rsidR="00DB4E0C" w:rsidRDefault="00DB4E0C">
      <w:pPr>
        <w:spacing w:after="0"/>
      </w:pPr>
    </w:p>
    <w:p w14:paraId="697F63EF" w14:textId="77777777" w:rsidR="00DB4E0C" w:rsidRDefault="00000000">
      <w:pPr>
        <w:spacing w:after="0"/>
      </w:pPr>
      <w:r>
        <w:rPr>
          <w:rFonts w:ascii="Arial" w:hAnsi="Arial"/>
          <w:b/>
        </w:rPr>
        <w:t xml:space="preserve">Will Robin  </w:t>
      </w:r>
      <w:r>
        <w:rPr>
          <w:rFonts w:ascii="Arial" w:hAnsi="Arial"/>
          <w:color w:val="5D7284"/>
        </w:rPr>
        <w:t>26:33</w:t>
      </w:r>
    </w:p>
    <w:p w14:paraId="5729BE96" w14:textId="77777777" w:rsidR="00DB4E0C" w:rsidRDefault="00000000">
      <w:pPr>
        <w:spacing w:after="0"/>
      </w:pPr>
      <w:r>
        <w:rPr>
          <w:rFonts w:ascii="Arial" w:hAnsi="Arial"/>
        </w:rPr>
        <w:t>Well, yeah, So you said not an underdog, though she sees herself as one. But, you know, I wrote ...  in all my questions here, because I wasn't sure how we were going to do it. I wrote Michell, rather than Joni. And you know, you started the conversation saying, Joni, so alright, I'll do Joni [Powers laughs] because, you know, and then you, you talked about Dylan and not ... no one talks about "Bob"</w:t>
      </w:r>
    </w:p>
    <w:p w14:paraId="77815682" w14:textId="77777777" w:rsidR="00DB4E0C" w:rsidRDefault="00DB4E0C">
      <w:pPr>
        <w:spacing w:after="0"/>
      </w:pPr>
    </w:p>
    <w:p w14:paraId="37E0A726" w14:textId="77777777" w:rsidR="00DB4E0C" w:rsidRDefault="00000000">
      <w:pPr>
        <w:spacing w:after="0"/>
      </w:pPr>
      <w:r>
        <w:rPr>
          <w:rFonts w:ascii="Arial" w:hAnsi="Arial"/>
          <w:b/>
        </w:rPr>
        <w:t xml:space="preserve">Ann Powers  </w:t>
      </w:r>
      <w:r>
        <w:rPr>
          <w:rFonts w:ascii="Arial" w:hAnsi="Arial"/>
          <w:color w:val="5D7284"/>
        </w:rPr>
        <w:t>27:05</w:t>
      </w:r>
    </w:p>
    <w:p w14:paraId="40792243" w14:textId="77777777" w:rsidR="00DB4E0C" w:rsidRDefault="00000000">
      <w:pPr>
        <w:spacing w:after="0"/>
      </w:pPr>
      <w:r>
        <w:rPr>
          <w:rFonts w:ascii="Arial" w:hAnsi="Arial"/>
        </w:rPr>
        <w:t>Well, the Bob heads do, the true fans...</w:t>
      </w:r>
    </w:p>
    <w:p w14:paraId="02244CCB" w14:textId="77777777" w:rsidR="00DB4E0C" w:rsidRDefault="00DB4E0C">
      <w:pPr>
        <w:spacing w:after="0"/>
      </w:pPr>
    </w:p>
    <w:p w14:paraId="45A2C32A" w14:textId="77777777" w:rsidR="00DB4E0C" w:rsidRDefault="00000000">
      <w:pPr>
        <w:spacing w:after="0"/>
      </w:pPr>
      <w:r>
        <w:rPr>
          <w:rFonts w:ascii="Arial" w:hAnsi="Arial"/>
          <w:b/>
        </w:rPr>
        <w:t xml:space="preserve">Will Robin  </w:t>
      </w:r>
      <w:r>
        <w:rPr>
          <w:rFonts w:ascii="Arial" w:hAnsi="Arial"/>
          <w:color w:val="5D7284"/>
        </w:rPr>
        <w:t>27:08</w:t>
      </w:r>
    </w:p>
    <w:p w14:paraId="1025FDAD" w14:textId="77777777" w:rsidR="00DB4E0C" w:rsidRDefault="00000000">
      <w:pPr>
        <w:spacing w:after="0"/>
      </w:pPr>
      <w:r>
        <w:rPr>
          <w:rFonts w:ascii="Arial" w:hAnsi="Arial"/>
        </w:rPr>
        <w:t>Right. But, that's a gender dynamic. Right. And that's maybe what she is the underdog to.</w:t>
      </w:r>
    </w:p>
    <w:p w14:paraId="1C81910B" w14:textId="77777777" w:rsidR="00DB4E0C" w:rsidRDefault="00DB4E0C">
      <w:pPr>
        <w:spacing w:after="0"/>
      </w:pPr>
    </w:p>
    <w:p w14:paraId="31A61981" w14:textId="77777777" w:rsidR="00DB4E0C" w:rsidRDefault="00000000">
      <w:pPr>
        <w:spacing w:after="0"/>
      </w:pPr>
      <w:r>
        <w:rPr>
          <w:rFonts w:ascii="Arial" w:hAnsi="Arial"/>
          <w:b/>
        </w:rPr>
        <w:t xml:space="preserve">Ann Powers  </w:t>
      </w:r>
      <w:r>
        <w:rPr>
          <w:rFonts w:ascii="Arial" w:hAnsi="Arial"/>
          <w:color w:val="5D7284"/>
        </w:rPr>
        <w:t>27:15</w:t>
      </w:r>
    </w:p>
    <w:p w14:paraId="4C2D40C8" w14:textId="557CD617" w:rsidR="00DB4E0C" w:rsidRDefault="00000000">
      <w:pPr>
        <w:spacing w:after="0"/>
      </w:pPr>
      <w:r>
        <w:rPr>
          <w:rFonts w:ascii="Arial" w:hAnsi="Arial"/>
        </w:rPr>
        <w:t xml:space="preserve">Yeah. No, that's a great point. And, that's a trope throughout the book, is me struggling whether to call her Joni or Mitchell and I kind of ... it'll be in the rewriting where I determine if that works and if I'm doing it... if I'm balancing right but I talk about like, again, that shifting in perspective and is she Mitchell when we're talking </w:t>
      </w:r>
      <w:proofErr w:type="spellStart"/>
      <w:r>
        <w:rPr>
          <w:rFonts w:ascii="Arial" w:hAnsi="Arial"/>
        </w:rPr>
        <w:t>musicologically</w:t>
      </w:r>
      <w:proofErr w:type="spellEnd"/>
      <w:r>
        <w:rPr>
          <w:rFonts w:ascii="Arial" w:hAnsi="Arial"/>
        </w:rPr>
        <w:t xml:space="preserve"> and is she Joni when we're talking about her personal life, and is she </w:t>
      </w:r>
      <w:r>
        <w:rPr>
          <w:rFonts w:ascii="Arial" w:hAnsi="Arial"/>
        </w:rPr>
        <w:lastRenderedPageBreak/>
        <w:t xml:space="preserve">Mitchell when I'm being journalistic? And is she </w:t>
      </w:r>
      <w:r w:rsidR="007C5516">
        <w:rPr>
          <w:rFonts w:ascii="Arial" w:hAnsi="Arial"/>
        </w:rPr>
        <w:t>Joni</w:t>
      </w:r>
      <w:r>
        <w:rPr>
          <w:rFonts w:ascii="Arial" w:hAnsi="Arial"/>
        </w:rPr>
        <w:t>, when I'm being fictive or imaginative, because the book has sort of these fantasy moments, where I'm just imagining her in various scenarios. And I just was working on the chapter -- section really, on her long marriage to and collaboration with Larry Klein. And that was even that was even more fun, because I'm like -- Joni and Larry? Mitchell and Klein? Joni and Klein? because she calls him Klein,  she calls him Klein always, she never calls him Larry. But when you're writing an intimate scene, or trying to write about them in a private moment, and imagine what that's like, it just seems odd that she'd say, Klein, you know, laying there in bed next to him or whatever, but she does. And then just yesterday, I was rereading an interview from the 90s. And she calls herself Mitch. And I thought, Oh, wow, I didn't even try Mitch for Mitchell. Maybe I should just call her Mitch. [Robin laughs]</w:t>
      </w:r>
    </w:p>
    <w:p w14:paraId="7F1B071A" w14:textId="77777777" w:rsidR="00DB4E0C" w:rsidRDefault="00DB4E0C">
      <w:pPr>
        <w:spacing w:after="0"/>
      </w:pPr>
    </w:p>
    <w:p w14:paraId="4AEC7777" w14:textId="77777777" w:rsidR="00DB4E0C" w:rsidRDefault="00000000">
      <w:pPr>
        <w:spacing w:after="0"/>
      </w:pPr>
      <w:r>
        <w:rPr>
          <w:rFonts w:ascii="Arial" w:hAnsi="Arial"/>
          <w:b/>
        </w:rPr>
        <w:t xml:space="preserve">Will Robin  </w:t>
      </w:r>
      <w:r>
        <w:rPr>
          <w:rFonts w:ascii="Arial" w:hAnsi="Arial"/>
          <w:color w:val="5D7284"/>
        </w:rPr>
        <w:t>29:00</w:t>
      </w:r>
    </w:p>
    <w:p w14:paraId="6CAFF65B" w14:textId="77777777" w:rsidR="00DB4E0C" w:rsidRDefault="00000000">
      <w:pPr>
        <w:spacing w:after="0"/>
      </w:pPr>
      <w:r>
        <w:rPr>
          <w:rFonts w:ascii="Arial" w:hAnsi="Arial"/>
        </w:rPr>
        <w:t>So are you actually writing that out? You're kind of figuring out in the writing, and then you'll kind of maybe pull back once you make your decision or something?</w:t>
      </w:r>
    </w:p>
    <w:p w14:paraId="358AF101" w14:textId="77777777" w:rsidR="00DB4E0C" w:rsidRDefault="00DB4E0C">
      <w:pPr>
        <w:spacing w:after="0"/>
      </w:pPr>
    </w:p>
    <w:p w14:paraId="2E4C753A" w14:textId="77777777" w:rsidR="00DB4E0C" w:rsidRDefault="00000000">
      <w:pPr>
        <w:spacing w:after="0"/>
      </w:pPr>
      <w:r>
        <w:rPr>
          <w:rFonts w:ascii="Arial" w:hAnsi="Arial"/>
          <w:b/>
        </w:rPr>
        <w:t xml:space="preserve">Ann Powers  </w:t>
      </w:r>
      <w:r>
        <w:rPr>
          <w:rFonts w:ascii="Arial" w:hAnsi="Arial"/>
          <w:color w:val="5D7284"/>
        </w:rPr>
        <w:t>29:05</w:t>
      </w:r>
    </w:p>
    <w:p w14:paraId="4639FEF2" w14:textId="43D16608" w:rsidR="00DB4E0C" w:rsidRDefault="00000000">
      <w:pPr>
        <w:spacing w:after="0"/>
      </w:pPr>
      <w:r>
        <w:rPr>
          <w:rFonts w:ascii="Arial" w:hAnsi="Arial"/>
        </w:rPr>
        <w:t>Yeah -  I have a whole ... in the  introduction, a whole section on, what do I call her? How do I even speak to and about this artist. On the subject of men versus women and intimacy and maybe sexism aroun</w:t>
      </w:r>
      <w:r w:rsidR="007C5516">
        <w:rPr>
          <w:rFonts w:ascii="Arial" w:hAnsi="Arial"/>
        </w:rPr>
        <w:t>d</w:t>
      </w:r>
      <w:r>
        <w:rPr>
          <w:rFonts w:ascii="Arial" w:hAnsi="Arial"/>
        </w:rPr>
        <w:t>... It's</w:t>
      </w:r>
      <w:r w:rsidR="007C5516">
        <w:rPr>
          <w:rFonts w:ascii="Arial" w:hAnsi="Arial"/>
        </w:rPr>
        <w:t xml:space="preserve"> </w:t>
      </w:r>
      <w:r>
        <w:rPr>
          <w:rFonts w:ascii="Arial" w:hAnsi="Arial"/>
        </w:rPr>
        <w:t>interesting to think, I don't know, for some reason, Harry Styles came into my mind. And, it seems just weird to say Styles ... of course, he's an unstable figure as far as gender goes. But I don't know is gender the ground of that? Are there other things that have to do with the kind of perceived intimacy we have with these different figures?</w:t>
      </w:r>
    </w:p>
    <w:p w14:paraId="39F671B1" w14:textId="77777777" w:rsidR="00DB4E0C" w:rsidRDefault="00DB4E0C">
      <w:pPr>
        <w:spacing w:after="0"/>
      </w:pPr>
    </w:p>
    <w:p w14:paraId="3E745CBB" w14:textId="77777777" w:rsidR="00DB4E0C" w:rsidRDefault="00000000">
      <w:pPr>
        <w:spacing w:after="0"/>
      </w:pPr>
      <w:r>
        <w:rPr>
          <w:rFonts w:ascii="Arial" w:hAnsi="Arial"/>
          <w:b/>
        </w:rPr>
        <w:t xml:space="preserve">Will Robin  </w:t>
      </w:r>
      <w:r>
        <w:rPr>
          <w:rFonts w:ascii="Arial" w:hAnsi="Arial"/>
          <w:color w:val="5D7284"/>
        </w:rPr>
        <w:t>29:53</w:t>
      </w:r>
    </w:p>
    <w:p w14:paraId="11164C13" w14:textId="71AFF354" w:rsidR="00DB4E0C" w:rsidRDefault="00000000">
      <w:pPr>
        <w:spacing w:after="0"/>
      </w:pPr>
      <w:r>
        <w:rPr>
          <w:rFonts w:ascii="Arial" w:hAnsi="Arial"/>
        </w:rPr>
        <w:t>Or something around the mythology of genius, I don't think anyone is necessarily calling Harry Styles a genius. [Powers laughs] Not as a critique, but that's not</w:t>
      </w:r>
      <w:r w:rsidR="007C5516">
        <w:rPr>
          <w:rFonts w:ascii="Arial" w:hAnsi="Arial"/>
        </w:rPr>
        <w:t xml:space="preserve"> </w:t>
      </w:r>
      <w:r>
        <w:rPr>
          <w:rFonts w:ascii="Arial" w:hAnsi="Arial"/>
        </w:rPr>
        <w:t>the discourse I would see around him versus Dylan. I'm trying to think of contemporary and</w:t>
      </w:r>
      <w:r w:rsidR="007C5516">
        <w:rPr>
          <w:rFonts w:ascii="Arial" w:hAnsi="Arial"/>
        </w:rPr>
        <w:t>…</w:t>
      </w:r>
    </w:p>
    <w:p w14:paraId="1F713C16" w14:textId="77777777" w:rsidR="00DB4E0C" w:rsidRDefault="00DB4E0C">
      <w:pPr>
        <w:spacing w:after="0"/>
      </w:pPr>
    </w:p>
    <w:p w14:paraId="561AE0E5" w14:textId="77777777" w:rsidR="00DB4E0C" w:rsidRDefault="00000000">
      <w:pPr>
        <w:spacing w:after="0"/>
      </w:pPr>
      <w:r>
        <w:rPr>
          <w:rFonts w:ascii="Arial" w:hAnsi="Arial"/>
          <w:b/>
        </w:rPr>
        <w:t xml:space="preserve">Ann Powers  </w:t>
      </w:r>
      <w:r>
        <w:rPr>
          <w:rFonts w:ascii="Arial" w:hAnsi="Arial"/>
          <w:color w:val="5D7284"/>
        </w:rPr>
        <w:t>30:08</w:t>
      </w:r>
    </w:p>
    <w:p w14:paraId="6032A747" w14:textId="77777777" w:rsidR="00DB4E0C" w:rsidRDefault="00000000">
      <w:pPr>
        <w:spacing w:after="0"/>
      </w:pPr>
      <w:r>
        <w:rPr>
          <w:rFonts w:ascii="Arial" w:hAnsi="Arial"/>
        </w:rPr>
        <w:t>Beyonce kind of erases everything by saying, Okay, I'm just Beyonce...</w:t>
      </w:r>
    </w:p>
    <w:p w14:paraId="124832D3" w14:textId="77777777" w:rsidR="00DB4E0C" w:rsidRDefault="00DB4E0C">
      <w:pPr>
        <w:spacing w:after="0"/>
      </w:pPr>
    </w:p>
    <w:p w14:paraId="76D28EEF" w14:textId="77777777" w:rsidR="00DB4E0C" w:rsidRDefault="00000000">
      <w:pPr>
        <w:spacing w:after="0"/>
      </w:pPr>
      <w:r>
        <w:rPr>
          <w:rFonts w:ascii="Arial" w:hAnsi="Arial"/>
          <w:b/>
        </w:rPr>
        <w:t xml:space="preserve">Will Robin  </w:t>
      </w:r>
      <w:r>
        <w:rPr>
          <w:rFonts w:ascii="Arial" w:hAnsi="Arial"/>
          <w:color w:val="5D7284"/>
        </w:rPr>
        <w:t>30:14</w:t>
      </w:r>
    </w:p>
    <w:p w14:paraId="06C24F34" w14:textId="77777777" w:rsidR="00DB4E0C" w:rsidRDefault="00000000">
      <w:pPr>
        <w:spacing w:after="0"/>
      </w:pPr>
      <w:r>
        <w:rPr>
          <w:rFonts w:ascii="Arial" w:hAnsi="Arial"/>
        </w:rPr>
        <w:t>Yeah, absolutely there's a discourse of genius around her. So I don't know how it plays out among contemporary artists.</w:t>
      </w:r>
    </w:p>
    <w:p w14:paraId="6765326A" w14:textId="77777777" w:rsidR="00DB4E0C" w:rsidRDefault="00DB4E0C">
      <w:pPr>
        <w:spacing w:after="0"/>
      </w:pPr>
    </w:p>
    <w:p w14:paraId="304BF303" w14:textId="77777777" w:rsidR="00DB4E0C" w:rsidRDefault="00000000">
      <w:pPr>
        <w:spacing w:after="0"/>
      </w:pPr>
      <w:r>
        <w:rPr>
          <w:rFonts w:ascii="Arial" w:hAnsi="Arial"/>
          <w:b/>
        </w:rPr>
        <w:t xml:space="preserve">Ann Powers  </w:t>
      </w:r>
      <w:r>
        <w:rPr>
          <w:rFonts w:ascii="Arial" w:hAnsi="Arial"/>
          <w:color w:val="5D7284"/>
        </w:rPr>
        <w:t>30:21</w:t>
      </w:r>
    </w:p>
    <w:p w14:paraId="6CB68025" w14:textId="77777777" w:rsidR="00DB4E0C" w:rsidRDefault="00000000">
      <w:pPr>
        <w:spacing w:after="0"/>
      </w:pPr>
      <w:r>
        <w:rPr>
          <w:rFonts w:ascii="Arial" w:hAnsi="Arial"/>
        </w:rPr>
        <w:t>There's another thing about Joni Mitchell's name, of course, which is that her actual birth name is Roberta Joan Anderson. And Mitchell is the name of her short lived ...  her husband, her first husband, short lived marriage. So you know, there's all that ... there's that other thing, it's a great stage name. Better than Joan Anderson, which is what ... if you find early clips of her performing in Canada? She's called Joan Anderson. But I don't call her Anderson.</w:t>
      </w:r>
    </w:p>
    <w:p w14:paraId="305F0547" w14:textId="77777777" w:rsidR="00DB4E0C" w:rsidRDefault="00DB4E0C">
      <w:pPr>
        <w:spacing w:after="0"/>
      </w:pPr>
    </w:p>
    <w:p w14:paraId="485A35C1" w14:textId="77777777" w:rsidR="00DB4E0C" w:rsidRDefault="00000000">
      <w:pPr>
        <w:spacing w:after="0"/>
      </w:pPr>
      <w:r>
        <w:rPr>
          <w:rFonts w:ascii="Arial" w:hAnsi="Arial"/>
          <w:b/>
        </w:rPr>
        <w:t xml:space="preserve">Will Robin  </w:t>
      </w:r>
      <w:r>
        <w:rPr>
          <w:rFonts w:ascii="Arial" w:hAnsi="Arial"/>
          <w:color w:val="5D7284"/>
        </w:rPr>
        <w:t>30:53</w:t>
      </w:r>
    </w:p>
    <w:p w14:paraId="47CD1976" w14:textId="77777777" w:rsidR="00DB4E0C" w:rsidRDefault="00000000">
      <w:pPr>
        <w:spacing w:after="0"/>
      </w:pPr>
      <w:r>
        <w:rPr>
          <w:rFonts w:ascii="Arial" w:hAnsi="Arial"/>
        </w:rPr>
        <w:lastRenderedPageBreak/>
        <w:t>Okay, so well, so let's talk about the wrestling you're doing and the ... where's the anxiety stemming from in dealing with ... you said, she knows that the book exists, I've written about living musicians. And there's the anxiety that comes from the possibility that they might read it. But I think the even greater anxiety is the imagination that you come up with ... your imagination of what they'd say, when they read it. Because that's never going to be the same as what they actually do whether or not they care. So how are you grappling with that? And how was that informing this process?</w:t>
      </w:r>
    </w:p>
    <w:p w14:paraId="2256905F" w14:textId="77777777" w:rsidR="00DB4E0C" w:rsidRDefault="00DB4E0C">
      <w:pPr>
        <w:spacing w:after="0"/>
      </w:pPr>
    </w:p>
    <w:p w14:paraId="6DED5171" w14:textId="77777777" w:rsidR="00DB4E0C" w:rsidRDefault="00000000">
      <w:pPr>
        <w:spacing w:after="0"/>
      </w:pPr>
      <w:r>
        <w:rPr>
          <w:rFonts w:ascii="Arial" w:hAnsi="Arial"/>
          <w:b/>
        </w:rPr>
        <w:t xml:space="preserve">Ann Powers  </w:t>
      </w:r>
      <w:r>
        <w:rPr>
          <w:rFonts w:ascii="Arial" w:hAnsi="Arial"/>
          <w:color w:val="5D7284"/>
        </w:rPr>
        <w:t>31:32</w:t>
      </w:r>
    </w:p>
    <w:p w14:paraId="445A6073" w14:textId="0616D64E" w:rsidR="00DB4E0C" w:rsidRDefault="00000000">
      <w:pPr>
        <w:spacing w:after="0"/>
      </w:pPr>
      <w:r>
        <w:rPr>
          <w:rFonts w:ascii="Arial" w:hAnsi="Arial"/>
        </w:rPr>
        <w:t xml:space="preserve">Yeah, well, like I said, I had to, I just had to face it head on and admit it, in the text. And then I think this method of slightly, I was </w:t>
      </w:r>
      <w:proofErr w:type="spellStart"/>
      <w:r>
        <w:rPr>
          <w:rFonts w:ascii="Arial" w:hAnsi="Arial"/>
        </w:rPr>
        <w:t>gonna</w:t>
      </w:r>
      <w:proofErr w:type="spellEnd"/>
      <w:r>
        <w:rPr>
          <w:rFonts w:ascii="Arial" w:hAnsi="Arial"/>
        </w:rPr>
        <w:t xml:space="preserve"> say writing around, but that's not exactly right. But kind of trying to find --  and this is sort of what I do, in all my work, though, like, trying to find ... it's impossible to find an approach no one's taken before. I'm not that egotistical, but just trying to go in at a different angle, `and then not worry too much about -- Okay, this happened on that date, and I'm </w:t>
      </w:r>
      <w:proofErr w:type="spellStart"/>
      <w:r>
        <w:rPr>
          <w:rFonts w:ascii="Arial" w:hAnsi="Arial"/>
        </w:rPr>
        <w:t>gonna</w:t>
      </w:r>
      <w:proofErr w:type="spellEnd"/>
      <w:r>
        <w:rPr>
          <w:rFonts w:ascii="Arial" w:hAnsi="Arial"/>
        </w:rPr>
        <w:t xml:space="preserve"> get that right and everything like that. It's definitely a work of criticism, or bio </w:t>
      </w:r>
      <w:proofErr w:type="spellStart"/>
      <w:r>
        <w:rPr>
          <w:rFonts w:ascii="Arial" w:hAnsi="Arial"/>
        </w:rPr>
        <w:t>Biblio</w:t>
      </w:r>
      <w:proofErr w:type="spellEnd"/>
      <w:r>
        <w:rPr>
          <w:rFonts w:ascii="Arial" w:hAnsi="Arial"/>
        </w:rPr>
        <w:t xml:space="preserve"> memoir, whatever. So, when I ... but I think that's another reason why it's been a really hard book to write is, every time I return to another phase of her life, I have to steel myself to walk in. And then when I immerse, I love it so much, and I love thinking about her music, I love thinking about the music around her and the cultural milieus, that then I'm just in it and having fun. So it's ... but it is always that, I guess bodies of water are a good metaphor, it's like standing at the edge of the pool. You </w:t>
      </w:r>
      <w:proofErr w:type="spellStart"/>
      <w:r>
        <w:rPr>
          <w:rFonts w:ascii="Arial" w:hAnsi="Arial"/>
        </w:rPr>
        <w:t>gotta</w:t>
      </w:r>
      <w:proofErr w:type="spellEnd"/>
      <w:r>
        <w:rPr>
          <w:rFonts w:ascii="Arial" w:hAnsi="Arial"/>
        </w:rPr>
        <w:t xml:space="preserve"> jump in over and over again. So I don't know how that's going to feel in the big text, you know, but going back to the...  I think, since I'm rambling like a motherfucker. I forgot to talk about that essay, or we didn't end up talking about the essay. The mother essay. </w:t>
      </w:r>
    </w:p>
    <w:p w14:paraId="5A32F41E" w14:textId="77777777" w:rsidR="00DB4E0C" w:rsidRDefault="00DB4E0C">
      <w:pPr>
        <w:spacing w:after="0"/>
      </w:pPr>
    </w:p>
    <w:p w14:paraId="6FCC02A7" w14:textId="77777777" w:rsidR="00DB4E0C" w:rsidRDefault="00000000">
      <w:pPr>
        <w:spacing w:after="0"/>
      </w:pPr>
      <w:r>
        <w:rPr>
          <w:rFonts w:ascii="Arial" w:hAnsi="Arial"/>
          <w:b/>
        </w:rPr>
        <w:t xml:space="preserve">Will Robin  </w:t>
      </w:r>
      <w:r>
        <w:rPr>
          <w:rFonts w:ascii="Arial" w:hAnsi="Arial"/>
          <w:color w:val="5D7284"/>
        </w:rPr>
        <w:t>33:20</w:t>
      </w:r>
    </w:p>
    <w:p w14:paraId="008EC61F" w14:textId="77777777" w:rsidR="00DB4E0C" w:rsidRDefault="00000000">
      <w:pPr>
        <w:spacing w:after="0"/>
      </w:pPr>
      <w:r>
        <w:rPr>
          <w:rFonts w:ascii="Arial" w:hAnsi="Arial"/>
        </w:rPr>
        <w:t xml:space="preserve">Yeah, I want to come back to that. </w:t>
      </w:r>
    </w:p>
    <w:p w14:paraId="005333B6" w14:textId="77777777" w:rsidR="00DB4E0C" w:rsidRDefault="00DB4E0C">
      <w:pPr>
        <w:spacing w:after="0"/>
      </w:pPr>
    </w:p>
    <w:p w14:paraId="12F3732F" w14:textId="77777777" w:rsidR="00DB4E0C" w:rsidRDefault="00000000">
      <w:pPr>
        <w:spacing w:after="0"/>
      </w:pPr>
      <w:r>
        <w:rPr>
          <w:rFonts w:ascii="Arial" w:hAnsi="Arial"/>
          <w:b/>
        </w:rPr>
        <w:t xml:space="preserve">Ann Powers  </w:t>
      </w:r>
      <w:r>
        <w:rPr>
          <w:rFonts w:ascii="Arial" w:hAnsi="Arial"/>
          <w:color w:val="5D7284"/>
        </w:rPr>
        <w:t>33:21</w:t>
      </w:r>
    </w:p>
    <w:p w14:paraId="20969B8B" w14:textId="352C461D" w:rsidR="00DB4E0C" w:rsidRDefault="00000000">
      <w:pPr>
        <w:spacing w:after="0"/>
      </w:pPr>
      <w:r>
        <w:rPr>
          <w:rFonts w:ascii="Arial" w:hAnsi="Arial"/>
        </w:rPr>
        <w:t xml:space="preserve">So you know, in the essay, which isn't just about Joni, it's </w:t>
      </w:r>
      <w:proofErr w:type="spellStart"/>
      <w:r>
        <w:rPr>
          <w:rFonts w:ascii="Arial" w:hAnsi="Arial"/>
        </w:rPr>
        <w:t>it's</w:t>
      </w:r>
      <w:proofErr w:type="spellEnd"/>
      <w:r>
        <w:rPr>
          <w:rFonts w:ascii="Arial" w:hAnsi="Arial"/>
        </w:rPr>
        <w:t xml:space="preserve"> about the idea or the subject of women who don't...  either haven't born children or don't raise their children. Childless women in a way, but not exactly but in popular music, so I had this encounter ... the only </w:t>
      </w:r>
      <w:r w:rsidR="007C5516">
        <w:rPr>
          <w:rFonts w:ascii="Arial" w:hAnsi="Arial"/>
        </w:rPr>
        <w:t>time</w:t>
      </w:r>
      <w:r>
        <w:rPr>
          <w:rFonts w:ascii="Arial" w:hAnsi="Arial"/>
        </w:rPr>
        <w:t>... I've met Joni Mitchell twice, both times. It was very awkward. But the first time I met her, it was at this conference at McGill. And I was horrified to find out and I know you've watched it, it's on YouTube.</w:t>
      </w:r>
    </w:p>
    <w:p w14:paraId="4CD9D9D2" w14:textId="77777777" w:rsidR="00DB4E0C" w:rsidRDefault="00DB4E0C">
      <w:pPr>
        <w:spacing w:after="0"/>
      </w:pPr>
    </w:p>
    <w:p w14:paraId="5C861B37" w14:textId="77777777" w:rsidR="00DB4E0C" w:rsidRDefault="00000000">
      <w:pPr>
        <w:spacing w:after="0"/>
      </w:pPr>
      <w:r>
        <w:rPr>
          <w:rFonts w:ascii="Arial" w:hAnsi="Arial"/>
          <w:b/>
        </w:rPr>
        <w:t xml:space="preserve">Will Robin  </w:t>
      </w:r>
      <w:r>
        <w:rPr>
          <w:rFonts w:ascii="Arial" w:hAnsi="Arial"/>
          <w:color w:val="5D7284"/>
        </w:rPr>
        <w:t>34:01</w:t>
      </w:r>
    </w:p>
    <w:p w14:paraId="1FCEE33A" w14:textId="77777777" w:rsidR="00DB4E0C" w:rsidRDefault="00000000">
      <w:pPr>
        <w:spacing w:after="0"/>
      </w:pPr>
      <w:r>
        <w:rPr>
          <w:rFonts w:ascii="Arial" w:hAnsi="Arial"/>
        </w:rPr>
        <w:t>It's not on YouTube. But if you googled the right words, you could find a video of you giving the talk and Joni responding.</w:t>
      </w:r>
    </w:p>
    <w:p w14:paraId="5EEFDE2B" w14:textId="77777777" w:rsidR="00DB4E0C" w:rsidRDefault="00DB4E0C">
      <w:pPr>
        <w:spacing w:after="0"/>
      </w:pPr>
    </w:p>
    <w:p w14:paraId="332AF702" w14:textId="77777777" w:rsidR="00DB4E0C" w:rsidRDefault="00000000">
      <w:pPr>
        <w:spacing w:after="0"/>
      </w:pPr>
      <w:r>
        <w:rPr>
          <w:rFonts w:ascii="Arial" w:hAnsi="Arial"/>
          <w:b/>
        </w:rPr>
        <w:t xml:space="preserve">Ann Powers  </w:t>
      </w:r>
      <w:r>
        <w:rPr>
          <w:rFonts w:ascii="Arial" w:hAnsi="Arial"/>
          <w:color w:val="5D7284"/>
        </w:rPr>
        <w:t>34:09</w:t>
      </w:r>
    </w:p>
    <w:p w14:paraId="1252C3F9" w14:textId="77777777" w:rsidR="00DB4E0C" w:rsidRDefault="00000000">
      <w:pPr>
        <w:spacing w:after="0"/>
      </w:pPr>
      <w:r>
        <w:rPr>
          <w:rFonts w:ascii="Arial" w:hAnsi="Arial"/>
        </w:rPr>
        <w:t>So I'm sitting there reading this piece I wrote on Blue. And by the way, I've completely lost the piece. So I guess I should watch the video or have someone watch it for me so they can ...</w:t>
      </w:r>
    </w:p>
    <w:p w14:paraId="0C34DC6F" w14:textId="77777777" w:rsidR="00DB4E0C" w:rsidRDefault="00DB4E0C">
      <w:pPr>
        <w:spacing w:after="0"/>
      </w:pPr>
    </w:p>
    <w:p w14:paraId="62F951E8" w14:textId="77777777" w:rsidR="00DB4E0C" w:rsidRDefault="00000000">
      <w:pPr>
        <w:spacing w:after="0"/>
      </w:pPr>
      <w:r>
        <w:rPr>
          <w:rFonts w:ascii="Arial" w:hAnsi="Arial"/>
          <w:b/>
        </w:rPr>
        <w:t xml:space="preserve">Will Robin  </w:t>
      </w:r>
      <w:r>
        <w:rPr>
          <w:rFonts w:ascii="Arial" w:hAnsi="Arial"/>
          <w:color w:val="5D7284"/>
        </w:rPr>
        <w:t>34:18</w:t>
      </w:r>
    </w:p>
    <w:p w14:paraId="11C82B58" w14:textId="77777777" w:rsidR="00DB4E0C" w:rsidRDefault="00000000">
      <w:pPr>
        <w:spacing w:after="0"/>
      </w:pPr>
      <w:r>
        <w:rPr>
          <w:rFonts w:ascii="Arial" w:hAnsi="Arial"/>
        </w:rPr>
        <w:t>I enjoyed listening to it!</w:t>
      </w:r>
    </w:p>
    <w:p w14:paraId="47337E53" w14:textId="77777777" w:rsidR="00DB4E0C" w:rsidRDefault="00DB4E0C">
      <w:pPr>
        <w:spacing w:after="0"/>
      </w:pPr>
    </w:p>
    <w:p w14:paraId="1D820834" w14:textId="77777777" w:rsidR="00DB4E0C" w:rsidRDefault="00000000">
      <w:pPr>
        <w:spacing w:after="0"/>
      </w:pPr>
      <w:r>
        <w:rPr>
          <w:rFonts w:ascii="Arial" w:hAnsi="Arial"/>
          <w:b/>
        </w:rPr>
        <w:lastRenderedPageBreak/>
        <w:t xml:space="preserve">Ann Powers  </w:t>
      </w:r>
      <w:r>
        <w:rPr>
          <w:rFonts w:ascii="Arial" w:hAnsi="Arial"/>
          <w:color w:val="5D7284"/>
        </w:rPr>
        <w:t>34:19</w:t>
      </w:r>
    </w:p>
    <w:p w14:paraId="20816266" w14:textId="7E8A9728" w:rsidR="00DB4E0C" w:rsidRDefault="00000000">
      <w:pPr>
        <w:spacing w:after="0"/>
      </w:pPr>
      <w:r>
        <w:rPr>
          <w:rFonts w:ascii="Arial" w:hAnsi="Arial"/>
        </w:rPr>
        <w:t>Thank you. It's interesting, isn't it? Because even that piece, I kind of took this poetical nonlinear approach. So even then, I guess I felt like I had to write about her that way. But I have a daughter, she's now... She's a freshman at Brandeis. But she's adopted. She was nine months old when I went to McGill to deliver this piece and it was not right after Joni was ... not right after Joni was reunited with her daughter, it was several years after her daughter who she had entrusted in adoption shortly after her birth, but they were together at this thing. And the whole circumstance was just ... I was so off my game. I don't think ...</w:t>
      </w:r>
    </w:p>
    <w:p w14:paraId="1EA89CAD" w14:textId="77777777" w:rsidR="00DB4E0C" w:rsidRDefault="00DB4E0C">
      <w:pPr>
        <w:spacing w:after="0"/>
      </w:pPr>
    </w:p>
    <w:p w14:paraId="458F6679" w14:textId="77777777" w:rsidR="00DB4E0C" w:rsidRDefault="00000000">
      <w:pPr>
        <w:spacing w:after="0"/>
      </w:pPr>
      <w:r>
        <w:rPr>
          <w:rFonts w:ascii="Arial" w:hAnsi="Arial"/>
          <w:b/>
        </w:rPr>
        <w:t xml:space="preserve">Will Robin  </w:t>
      </w:r>
      <w:r>
        <w:rPr>
          <w:rFonts w:ascii="Arial" w:hAnsi="Arial"/>
          <w:color w:val="5D7284"/>
        </w:rPr>
        <w:t>35:08</w:t>
      </w:r>
    </w:p>
    <w:p w14:paraId="295B10B1" w14:textId="77777777" w:rsidR="00DB4E0C" w:rsidRDefault="00000000">
      <w:pPr>
        <w:spacing w:after="0"/>
      </w:pPr>
      <w:r>
        <w:rPr>
          <w:rFonts w:ascii="Arial" w:hAnsi="Arial"/>
        </w:rPr>
        <w:t>Joni's daughter was at the ...</w:t>
      </w:r>
    </w:p>
    <w:p w14:paraId="259C1CE3" w14:textId="77777777" w:rsidR="00DB4E0C" w:rsidRDefault="00DB4E0C">
      <w:pPr>
        <w:spacing w:after="0"/>
      </w:pPr>
    </w:p>
    <w:p w14:paraId="710CE7FC" w14:textId="77777777" w:rsidR="00DB4E0C" w:rsidRDefault="00000000">
      <w:pPr>
        <w:spacing w:after="0"/>
      </w:pPr>
      <w:r>
        <w:rPr>
          <w:rFonts w:ascii="Arial" w:hAnsi="Arial"/>
          <w:b/>
        </w:rPr>
        <w:t xml:space="preserve">Ann Powers  </w:t>
      </w:r>
      <w:r>
        <w:rPr>
          <w:rFonts w:ascii="Arial" w:hAnsi="Arial"/>
          <w:color w:val="5D7284"/>
        </w:rPr>
        <w:t>35:10</w:t>
      </w:r>
    </w:p>
    <w:p w14:paraId="172C9F3E" w14:textId="11ADFAFC" w:rsidR="00DB4E0C" w:rsidRDefault="00000000">
      <w:pPr>
        <w:spacing w:after="0"/>
      </w:pPr>
      <w:r>
        <w:rPr>
          <w:rFonts w:ascii="Arial" w:hAnsi="Arial"/>
        </w:rPr>
        <w:t xml:space="preserve">Yeah, they were together. </w:t>
      </w:r>
      <w:r w:rsidR="007C5516">
        <w:rPr>
          <w:rFonts w:ascii="Arial" w:hAnsi="Arial"/>
        </w:rPr>
        <w:t xml:space="preserve">[unintelligible] </w:t>
      </w:r>
      <w:r>
        <w:rPr>
          <w:rFonts w:ascii="Arial" w:hAnsi="Arial"/>
        </w:rPr>
        <w:t>was there with them. And I was just completely off my game. I had hardly slept. I had terrible jetlag, I felt just super intimidated. I was on a panel with John Kelly, who Joni loves who's this wonderful performance artists who does Joni Mitchell. He has a Joni Mitchell performance where he embodies Joni, that she loves and Greg Tate, RIP, the greatest, one of our greatest critics. And Lloyd Whitesell, who had put on the conference was also on the panel. And I felt...  I just was discombobulated completely. And as I got... every ... the piece was structured around each song on Blue. And when I got to the Pin About Little Green, which is a song about entrusting her daughter for adoption, I started crying, because I was thinking of my own child and my own adoption, and her birth mother, we have an open adoption and the process, those early years were very intense. And I just lost it, and this little voice emerges from the front row, you can do it, you can do it. And I look up and I'm horrified to see it's Joni Mitchell, like, Ah, I was just, I was so embarrassed and kind of ashamed, I think the shame of the inadequacy that you can feel or I felt as an adoptive mother, that I had failed in some ways to be able to bear my own child. And here was this woman who, at the time, seemed to have more power she had her child with her, she gave birth to this child, that it was just an embarrassing, mortifying moment. Now, many years later, I've learned a lot about not centering myself so much in the in the adoption triad and thinking more clearly and deeply about the what birth mothers feel, what adoptive children feel, what my own child fields. And so I feel different about it now. And also I will say, after having spent so much time thinking about Joni, I want to say this carefully.  I think it's so easy to romanticize and dwell within a myth, but there's just no denying that the pain and loss and grief of adoption, which is equally matched in adoption by joy and connection. And, it can be but that pain and loss and grief and questioning, self</w:t>
      </w:r>
      <w:r w:rsidR="007C5516">
        <w:rPr>
          <w:rFonts w:ascii="Arial" w:hAnsi="Arial"/>
        </w:rPr>
        <w:t>-</w:t>
      </w:r>
      <w:r>
        <w:rPr>
          <w:rFonts w:ascii="Arial" w:hAnsi="Arial"/>
        </w:rPr>
        <w:t>questioning. I do think it is a thread that runs through all of her work, so I don't think I knew that when I wrote that original piece. So when I returned to ... when I went to write the piece about mothering and childless women for the pop conference, I had a lot more wisdom, I guess, I lived a lot more in an adoptive triad, an adoptive family. And so, I came to want to write about the position of ... the weird position of women who are perceived as childless or who choose to be childless or whatever, in our culture, and then in music, so and hearing that in a couple of Joni's songs, and then I opened it up to think about Dolly Parton. Think about a couple of other musicians, Jenny Lewis and her great song, Just One of the Guys. So yeah, that's how I wrote that essay. But it had to start in a personal place..</w:t>
      </w:r>
    </w:p>
    <w:p w14:paraId="25E5C832" w14:textId="77777777" w:rsidR="00DB4E0C" w:rsidRDefault="00DB4E0C">
      <w:pPr>
        <w:spacing w:after="0"/>
      </w:pPr>
    </w:p>
    <w:p w14:paraId="7B3DE241" w14:textId="77777777" w:rsidR="00DB4E0C" w:rsidRDefault="00000000">
      <w:pPr>
        <w:spacing w:after="0"/>
      </w:pPr>
      <w:r>
        <w:rPr>
          <w:rFonts w:ascii="Arial" w:hAnsi="Arial"/>
          <w:b/>
        </w:rPr>
        <w:t xml:space="preserve">Will Robin  </w:t>
      </w:r>
      <w:r>
        <w:rPr>
          <w:rFonts w:ascii="Arial" w:hAnsi="Arial"/>
          <w:color w:val="5D7284"/>
        </w:rPr>
        <w:t>39:33</w:t>
      </w:r>
    </w:p>
    <w:p w14:paraId="101DCB61" w14:textId="77777777" w:rsidR="00DB4E0C" w:rsidRDefault="00000000">
      <w:pPr>
        <w:spacing w:after="0"/>
      </w:pPr>
      <w:r>
        <w:rPr>
          <w:rFonts w:ascii="Arial" w:hAnsi="Arial"/>
        </w:rPr>
        <w:lastRenderedPageBreak/>
        <w:t>Maybe this is obvious that we learn more about the music that we love as we get older and have more experiences. What do you understand differently about Joni's music now than you did 15 years ago, or five years ago when you started writing the book? Both in terms of your personal experiences and this colossal amount of research that you've done.</w:t>
      </w:r>
    </w:p>
    <w:p w14:paraId="62101424" w14:textId="77777777" w:rsidR="00DB4E0C" w:rsidRDefault="00DB4E0C">
      <w:pPr>
        <w:spacing w:after="0"/>
      </w:pPr>
    </w:p>
    <w:p w14:paraId="1DE182FF" w14:textId="77777777" w:rsidR="00DB4E0C" w:rsidRDefault="00000000">
      <w:pPr>
        <w:spacing w:after="0"/>
      </w:pPr>
      <w:r>
        <w:rPr>
          <w:rFonts w:ascii="Arial" w:hAnsi="Arial"/>
          <w:b/>
        </w:rPr>
        <w:t xml:space="preserve">Ann Powers  </w:t>
      </w:r>
      <w:r>
        <w:rPr>
          <w:rFonts w:ascii="Arial" w:hAnsi="Arial"/>
          <w:color w:val="5D7284"/>
        </w:rPr>
        <w:t>40:05</w:t>
      </w:r>
    </w:p>
    <w:p w14:paraId="6F6B22E9" w14:textId="77777777" w:rsidR="00DB4E0C" w:rsidRDefault="00000000">
      <w:pPr>
        <w:spacing w:after="0"/>
      </w:pPr>
      <w:r>
        <w:rPr>
          <w:rFonts w:ascii="Arial" w:hAnsi="Arial"/>
        </w:rPr>
        <w:t>That's a huge question. [both laugh]</w:t>
      </w:r>
    </w:p>
    <w:p w14:paraId="7C274046" w14:textId="77777777" w:rsidR="00DB4E0C" w:rsidRDefault="00DB4E0C">
      <w:pPr>
        <w:spacing w:after="0"/>
      </w:pPr>
    </w:p>
    <w:p w14:paraId="08D9B28C" w14:textId="77777777" w:rsidR="00DB4E0C" w:rsidRDefault="00000000">
      <w:pPr>
        <w:spacing w:after="0"/>
      </w:pPr>
      <w:r>
        <w:rPr>
          <w:rFonts w:ascii="Arial" w:hAnsi="Arial"/>
          <w:b/>
        </w:rPr>
        <w:t xml:space="preserve">Will Robin  </w:t>
      </w:r>
      <w:r>
        <w:rPr>
          <w:rFonts w:ascii="Arial" w:hAnsi="Arial"/>
          <w:color w:val="5D7284"/>
        </w:rPr>
        <w:t>40:07</w:t>
      </w:r>
    </w:p>
    <w:p w14:paraId="22A354BE" w14:textId="77777777" w:rsidR="00DB4E0C" w:rsidRDefault="00000000">
      <w:pPr>
        <w:spacing w:after="0"/>
      </w:pPr>
      <w:r>
        <w:rPr>
          <w:rFonts w:ascii="Arial" w:hAnsi="Arial"/>
        </w:rPr>
        <w:t>That's a question presumably answered by your book, so tackle it any way you want.</w:t>
      </w:r>
    </w:p>
    <w:p w14:paraId="6EF6B31E" w14:textId="77777777" w:rsidR="00DB4E0C" w:rsidRDefault="00DB4E0C">
      <w:pPr>
        <w:spacing w:after="0"/>
      </w:pPr>
    </w:p>
    <w:p w14:paraId="09428BA6" w14:textId="77777777" w:rsidR="00DB4E0C" w:rsidRDefault="00000000">
      <w:pPr>
        <w:spacing w:after="0"/>
      </w:pPr>
      <w:r>
        <w:rPr>
          <w:rFonts w:ascii="Arial" w:hAnsi="Arial"/>
          <w:b/>
        </w:rPr>
        <w:t xml:space="preserve">Ann Powers  </w:t>
      </w:r>
      <w:r>
        <w:rPr>
          <w:rFonts w:ascii="Arial" w:hAnsi="Arial"/>
          <w:color w:val="5D7284"/>
        </w:rPr>
        <w:t>40:12</w:t>
      </w:r>
    </w:p>
    <w:p w14:paraId="58F41B9F" w14:textId="32782552" w:rsidR="00DB4E0C" w:rsidRDefault="00000000">
      <w:pPr>
        <w:spacing w:after="0"/>
      </w:pPr>
      <w:r>
        <w:rPr>
          <w:rFonts w:ascii="Arial" w:hAnsi="Arial"/>
        </w:rPr>
        <w:t xml:space="preserve">Oh my god. Um, well, like I said, I think in a weird way, I mean, I just was more...  I was pretty distant from her work in some ways before I wrote this book. So, I'm </w:t>
      </w:r>
      <w:proofErr w:type="spellStart"/>
      <w:r>
        <w:rPr>
          <w:rFonts w:ascii="Arial" w:hAnsi="Arial"/>
        </w:rPr>
        <w:t>gonna</w:t>
      </w:r>
      <w:proofErr w:type="spellEnd"/>
      <w:r>
        <w:rPr>
          <w:rFonts w:ascii="Arial" w:hAnsi="Arial"/>
        </w:rPr>
        <w:t xml:space="preserve"> flatter myself and say, maybe I'm an ideal writer then because I didn't come into it with a lot of preconceptions, of course, I'd listened to all her albums. And I had my favorites, which at the time were very much the consensus favorites. So I like Blue. I like Hejira, whatever. But, so, I just learned the work. That's one thing. And I don't know, let me turn around on you and ask, when you're working on a subject, or people in your field, how much knowledge and experience do you have going into it? Do you feel like, Oh, </w:t>
      </w:r>
      <w:r w:rsidR="007C5516">
        <w:rPr>
          <w:rFonts w:ascii="Arial" w:hAnsi="Arial"/>
        </w:rPr>
        <w:t xml:space="preserve">I </w:t>
      </w:r>
      <w:r>
        <w:rPr>
          <w:rFonts w:ascii="Arial" w:hAnsi="Arial"/>
        </w:rPr>
        <w:t xml:space="preserve">already know everything about this composer, so now I'm </w:t>
      </w:r>
      <w:proofErr w:type="spellStart"/>
      <w:r>
        <w:rPr>
          <w:rFonts w:ascii="Arial" w:hAnsi="Arial"/>
        </w:rPr>
        <w:t>gonna</w:t>
      </w:r>
      <w:proofErr w:type="spellEnd"/>
      <w:r>
        <w:rPr>
          <w:rFonts w:ascii="Arial" w:hAnsi="Arial"/>
        </w:rPr>
        <w:t xml:space="preserve"> write about them, or is it a learning process?</w:t>
      </w:r>
    </w:p>
    <w:p w14:paraId="27D48512" w14:textId="77777777" w:rsidR="00DB4E0C" w:rsidRDefault="00DB4E0C">
      <w:pPr>
        <w:spacing w:after="0"/>
      </w:pPr>
    </w:p>
    <w:p w14:paraId="1F01C301" w14:textId="77777777" w:rsidR="00DB4E0C" w:rsidRDefault="00000000">
      <w:pPr>
        <w:spacing w:after="0"/>
      </w:pPr>
      <w:r>
        <w:rPr>
          <w:rFonts w:ascii="Arial" w:hAnsi="Arial"/>
          <w:b/>
        </w:rPr>
        <w:t xml:space="preserve">Will Robin  </w:t>
      </w:r>
      <w:r>
        <w:rPr>
          <w:rFonts w:ascii="Arial" w:hAnsi="Arial"/>
          <w:color w:val="5D7284"/>
        </w:rPr>
        <w:t>41:15</w:t>
      </w:r>
    </w:p>
    <w:p w14:paraId="21A2D16F" w14:textId="77777777" w:rsidR="00DB4E0C" w:rsidRDefault="00000000">
      <w:pPr>
        <w:spacing w:after="0"/>
      </w:pPr>
      <w:r>
        <w:rPr>
          <w:rFonts w:ascii="Arial" w:hAnsi="Arial"/>
        </w:rPr>
        <w:t xml:space="preserve">That's a great question. Thanks for the question. </w:t>
      </w:r>
    </w:p>
    <w:p w14:paraId="7E496184" w14:textId="77777777" w:rsidR="00DB4E0C" w:rsidRDefault="00DB4E0C">
      <w:pPr>
        <w:spacing w:after="0"/>
      </w:pPr>
    </w:p>
    <w:p w14:paraId="602F0F1F" w14:textId="77777777" w:rsidR="00DB4E0C" w:rsidRDefault="00000000">
      <w:pPr>
        <w:spacing w:after="0"/>
      </w:pPr>
      <w:r>
        <w:rPr>
          <w:rFonts w:ascii="Arial" w:hAnsi="Arial"/>
          <w:b/>
        </w:rPr>
        <w:t xml:space="preserve">Ann Powers  </w:t>
      </w:r>
      <w:r>
        <w:rPr>
          <w:rFonts w:ascii="Arial" w:hAnsi="Arial"/>
          <w:color w:val="5D7284"/>
        </w:rPr>
        <w:t>41:19</w:t>
      </w:r>
    </w:p>
    <w:p w14:paraId="0863F002" w14:textId="77777777" w:rsidR="00DB4E0C" w:rsidRDefault="00000000">
      <w:pPr>
        <w:spacing w:after="0"/>
      </w:pPr>
      <w:r>
        <w:rPr>
          <w:rFonts w:ascii="Arial" w:hAnsi="Arial"/>
        </w:rPr>
        <w:t>[Laughs] Well, it's your question!</w:t>
      </w:r>
    </w:p>
    <w:p w14:paraId="7CFB24BC" w14:textId="77777777" w:rsidR="00DB4E0C" w:rsidRDefault="00DB4E0C">
      <w:pPr>
        <w:spacing w:after="0"/>
      </w:pPr>
    </w:p>
    <w:p w14:paraId="49BD4059" w14:textId="77777777" w:rsidR="00DB4E0C" w:rsidRDefault="00000000">
      <w:pPr>
        <w:spacing w:after="0"/>
      </w:pPr>
      <w:r>
        <w:rPr>
          <w:rFonts w:ascii="Arial" w:hAnsi="Arial"/>
          <w:b/>
        </w:rPr>
        <w:t xml:space="preserve">Will Robin  </w:t>
      </w:r>
      <w:r>
        <w:rPr>
          <w:rFonts w:ascii="Arial" w:hAnsi="Arial"/>
          <w:color w:val="5D7284"/>
        </w:rPr>
        <w:t>41:20</w:t>
      </w:r>
    </w:p>
    <w:p w14:paraId="7C5A8081" w14:textId="463C8318" w:rsidR="00DB4E0C" w:rsidRDefault="00000000">
      <w:pPr>
        <w:spacing w:after="0"/>
      </w:pPr>
      <w:r>
        <w:rPr>
          <w:rFonts w:ascii="Arial" w:hAnsi="Arial"/>
        </w:rPr>
        <w:t xml:space="preserve">Yeah. The book that I wrote about Bang on a Can that came out a couple of years ago, it really felt like, I was in an advantageous position where I had written a bit about them in my dissertation, and thought my dissertation was going to focus a lot on them, and then it didn't. And so I kind of had this moment, this period of, this first round of research where I thought I knew ... I thought I kind of knew everything. And then I had three more years of research around the book where it was like, oh, yeah, I actually didn't know anything. And then like, by the time I finished that book, I was, I feel like, I think that's the only time in my life where I feel like I'm ever </w:t>
      </w:r>
      <w:proofErr w:type="spellStart"/>
      <w:r>
        <w:rPr>
          <w:rFonts w:ascii="Arial" w:hAnsi="Arial"/>
        </w:rPr>
        <w:t>gonna</w:t>
      </w:r>
      <w:proofErr w:type="spellEnd"/>
      <w:r>
        <w:rPr>
          <w:rFonts w:ascii="Arial" w:hAnsi="Arial"/>
        </w:rPr>
        <w:t xml:space="preserve"> have complete mastery of a subject. [Powers laughs] Like, since that book came out, I've had two children, and I just can't imagine I'll ever have the brain focus again. I mean, hopefully, that will return. But so yeah, I don't know. I mean, I think it's tackled a lot of different ways in our field. And when I say "our" I mean Musicology, broadly speaking, because there are so many different angles you could take, whether that's like </w:t>
      </w:r>
      <w:proofErr w:type="spellStart"/>
      <w:r>
        <w:rPr>
          <w:rFonts w:ascii="Arial" w:hAnsi="Arial"/>
        </w:rPr>
        <w:t>a</w:t>
      </w:r>
      <w:proofErr w:type="spellEnd"/>
      <w:r>
        <w:rPr>
          <w:rFonts w:ascii="Arial" w:hAnsi="Arial"/>
        </w:rPr>
        <w:t xml:space="preserve"> analysis of the music or biographical or social, and that's kind of the same in your world, too. Right? Where like, there are five different kinds of Joni Mitchell books that could be written and you're, you figure it out one path, right?</w:t>
      </w:r>
    </w:p>
    <w:p w14:paraId="3700BD77" w14:textId="77777777" w:rsidR="00DB4E0C" w:rsidRDefault="00DB4E0C">
      <w:pPr>
        <w:spacing w:after="0"/>
      </w:pPr>
    </w:p>
    <w:p w14:paraId="32714796" w14:textId="77777777" w:rsidR="00DB4E0C" w:rsidRDefault="00000000">
      <w:pPr>
        <w:spacing w:after="0"/>
      </w:pPr>
      <w:r>
        <w:rPr>
          <w:rFonts w:ascii="Arial" w:hAnsi="Arial"/>
          <w:b/>
        </w:rPr>
        <w:t xml:space="preserve">Ann Powers  </w:t>
      </w:r>
      <w:r>
        <w:rPr>
          <w:rFonts w:ascii="Arial" w:hAnsi="Arial"/>
          <w:color w:val="5D7284"/>
        </w:rPr>
        <w:t>42:32</w:t>
      </w:r>
    </w:p>
    <w:p w14:paraId="3ED418AA" w14:textId="1A7E146D" w:rsidR="00DB4E0C" w:rsidRDefault="00000000">
      <w:pPr>
        <w:spacing w:after="0"/>
      </w:pPr>
      <w:r>
        <w:rPr>
          <w:rFonts w:ascii="Arial" w:hAnsi="Arial"/>
        </w:rPr>
        <w:t>Yeah, unfortunately, I think I've written five different kinds, eight different kinds! [both laugh].</w:t>
      </w:r>
    </w:p>
    <w:p w14:paraId="69C2FD0F" w14:textId="77777777" w:rsidR="00DB4E0C" w:rsidRDefault="00DB4E0C">
      <w:pPr>
        <w:spacing w:after="0"/>
      </w:pPr>
    </w:p>
    <w:p w14:paraId="78731757" w14:textId="77777777" w:rsidR="00DB4E0C" w:rsidRDefault="00000000">
      <w:pPr>
        <w:spacing w:after="0"/>
      </w:pPr>
      <w:r>
        <w:rPr>
          <w:rFonts w:ascii="Arial" w:hAnsi="Arial"/>
          <w:b/>
        </w:rPr>
        <w:t xml:space="preserve">Will Robin  </w:t>
      </w:r>
      <w:r>
        <w:rPr>
          <w:rFonts w:ascii="Arial" w:hAnsi="Arial"/>
          <w:color w:val="5D7284"/>
        </w:rPr>
        <w:t>42:36</w:t>
      </w:r>
    </w:p>
    <w:p w14:paraId="72535E36" w14:textId="77777777" w:rsidR="00DB4E0C" w:rsidRDefault="00000000">
      <w:pPr>
        <w:spacing w:after="0"/>
      </w:pPr>
      <w:r>
        <w:rPr>
          <w:rFonts w:ascii="Arial" w:hAnsi="Arial"/>
        </w:rPr>
        <w:t>That's what editors are for, hopefully...</w:t>
      </w:r>
    </w:p>
    <w:p w14:paraId="03523655" w14:textId="77777777" w:rsidR="00DB4E0C" w:rsidRDefault="00DB4E0C">
      <w:pPr>
        <w:spacing w:after="0"/>
      </w:pPr>
    </w:p>
    <w:p w14:paraId="03FAFFF9" w14:textId="77777777" w:rsidR="00DB4E0C" w:rsidRDefault="00000000">
      <w:pPr>
        <w:spacing w:after="0"/>
      </w:pPr>
      <w:r>
        <w:rPr>
          <w:rFonts w:ascii="Arial" w:hAnsi="Arial"/>
          <w:b/>
        </w:rPr>
        <w:t xml:space="preserve">Ann Powers  </w:t>
      </w:r>
      <w:r>
        <w:rPr>
          <w:rFonts w:ascii="Arial" w:hAnsi="Arial"/>
          <w:color w:val="5D7284"/>
        </w:rPr>
        <w:t>42:39</w:t>
      </w:r>
    </w:p>
    <w:p w14:paraId="4F3AA390" w14:textId="71E251DE" w:rsidR="00DB4E0C" w:rsidRDefault="00000000">
      <w:pPr>
        <w:spacing w:after="0"/>
      </w:pPr>
      <w:r>
        <w:rPr>
          <w:rFonts w:ascii="Arial" w:hAnsi="Arial"/>
        </w:rPr>
        <w:t xml:space="preserve">Or maybe it's </w:t>
      </w:r>
      <w:proofErr w:type="spellStart"/>
      <w:r>
        <w:rPr>
          <w:rFonts w:ascii="Arial" w:hAnsi="Arial"/>
        </w:rPr>
        <w:t>gonna</w:t>
      </w:r>
      <w:proofErr w:type="spellEnd"/>
      <w:r>
        <w:rPr>
          <w:rFonts w:ascii="Arial" w:hAnsi="Arial"/>
        </w:rPr>
        <w:t xml:space="preserve"> get published that way? No, that's interesting. I love that description of your process that you ... it's such a ... it's a very sort of Buddhist description? [Robin laughs] Like, you thought you knew everything. And you had to be like, I know nothing, then you actually had to practice, do the practice. And then .... </w:t>
      </w:r>
    </w:p>
    <w:p w14:paraId="17A1AD50" w14:textId="77777777" w:rsidR="00DB4E0C" w:rsidRDefault="00DB4E0C">
      <w:pPr>
        <w:spacing w:after="0"/>
      </w:pPr>
    </w:p>
    <w:p w14:paraId="308290BC" w14:textId="77777777" w:rsidR="00DB4E0C" w:rsidRDefault="00000000">
      <w:pPr>
        <w:spacing w:after="0"/>
      </w:pPr>
      <w:r>
        <w:rPr>
          <w:rFonts w:ascii="Arial" w:hAnsi="Arial"/>
          <w:b/>
        </w:rPr>
        <w:t xml:space="preserve">Will Robin  </w:t>
      </w:r>
      <w:r>
        <w:rPr>
          <w:rFonts w:ascii="Arial" w:hAnsi="Arial"/>
          <w:color w:val="5D7284"/>
        </w:rPr>
        <w:t>43:00</w:t>
      </w:r>
    </w:p>
    <w:p w14:paraId="1BF73864" w14:textId="77777777" w:rsidR="00DB4E0C" w:rsidRDefault="00000000">
      <w:pPr>
        <w:spacing w:after="0"/>
      </w:pPr>
      <w:r>
        <w:rPr>
          <w:rFonts w:ascii="Arial" w:hAnsi="Arial"/>
        </w:rPr>
        <w:t>well, I don't think that ... if it was a real Buddhist approach, I wouldn't have said that I had mastery [both laugh]. That's like an arrogant Western way of doing ...</w:t>
      </w:r>
    </w:p>
    <w:p w14:paraId="763B21BA" w14:textId="77777777" w:rsidR="00DB4E0C" w:rsidRDefault="00DB4E0C">
      <w:pPr>
        <w:spacing w:after="0"/>
      </w:pPr>
    </w:p>
    <w:p w14:paraId="5589CEC3" w14:textId="77777777" w:rsidR="00DB4E0C" w:rsidRDefault="00000000">
      <w:pPr>
        <w:spacing w:after="0"/>
      </w:pPr>
      <w:r>
        <w:rPr>
          <w:rFonts w:ascii="Arial" w:hAnsi="Arial"/>
          <w:b/>
        </w:rPr>
        <w:t xml:space="preserve">Ann Powers  </w:t>
      </w:r>
      <w:r>
        <w:rPr>
          <w:rFonts w:ascii="Arial" w:hAnsi="Arial"/>
          <w:color w:val="5D7284"/>
        </w:rPr>
        <w:t>43:08</w:t>
      </w:r>
    </w:p>
    <w:p w14:paraId="22CDE1CA" w14:textId="377221CE" w:rsidR="00DB4E0C" w:rsidRDefault="00000000">
      <w:pPr>
        <w:spacing w:after="0"/>
      </w:pPr>
      <w:r>
        <w:rPr>
          <w:rFonts w:ascii="Arial" w:hAnsi="Arial"/>
        </w:rPr>
        <w:t>That just makes you</w:t>
      </w:r>
      <w:bookmarkStart w:id="2" w:name="OLE_LINK3"/>
      <w:bookmarkStart w:id="3" w:name="OLE_LINK4"/>
      <w:r>
        <w:rPr>
          <w:rFonts w:ascii="Arial" w:hAnsi="Arial"/>
        </w:rPr>
        <w:t xml:space="preserve"> [unintelligible] </w:t>
      </w:r>
      <w:bookmarkEnd w:id="2"/>
      <w:bookmarkEnd w:id="3"/>
      <w:r>
        <w:rPr>
          <w:rFonts w:ascii="Arial" w:hAnsi="Arial"/>
        </w:rPr>
        <w:t xml:space="preserve">but yeah, I don't feel like I mastered Joni at all, I just feel like, while you were talking, I was thinking of a piece Jack Hamilton wrote, when the David Jaffe biography came out, and the title of it was The Unknowable Joni Mitchell, you know, and I don't think she's, unknowable. But I do you think she's infinitely knowable, Let's say that. So you can always come at her work in a different angle. And that's not only because... that's not just because her work is so complex. Though it is. But it's also like the iconicity. So I'm as interested -- and this is true of all my writing, I think -- I'm as interested in how a figure resonates in the world and how music resonates in the world, popular music, as I am in doing close readings, I love doing close readings, they're super fun to do. So, in a way I don't feel like I've mastered it, and I don't feel like I have the right angle, either. It's just one angle, or multiple angles, like I said.  That said, important things that I've learned... one hugely important thing is just the complexity of her musical approach that I think there is Lloyd Whitesell's great book, which remains the best book, I believe the only book strictly on a musicological approach to her work. Kevin </w:t>
      </w:r>
      <w:proofErr w:type="spellStart"/>
      <w:r>
        <w:rPr>
          <w:rFonts w:ascii="Arial" w:hAnsi="Arial"/>
        </w:rPr>
        <w:t>Fellesz's</w:t>
      </w:r>
      <w:proofErr w:type="spellEnd"/>
      <w:r>
        <w:rPr>
          <w:rFonts w:ascii="Arial" w:hAnsi="Arial"/>
        </w:rPr>
        <w:t xml:space="preserve"> chapter in his book Birds of Fire on jazz fusion, does some interesting great things about her musically. There have been other writers who approached her music and then there's a ton of stuff just on the web, Joni has a rabid fan base. So, lots of transcriptions and descriptions and blah. And she herself has done, you know, many interviews describing it, but I don't think... describing her musical process. But how much have we really thought, for example, about her relationship to rhythm, you know, like how she was incorporating diaspora rhythms early from very early on in her work, or her relationship to the Beatles or her relationship to new wave in the 80s. Like how Larry was producing a record for Ben Orr of the cars at Peter Gabriel studio when they started on </w:t>
      </w:r>
      <w:r w:rsidR="007C5516">
        <w:rPr>
          <w:rFonts w:ascii="Arial" w:hAnsi="Arial"/>
        </w:rPr>
        <w:t>C</w:t>
      </w:r>
      <w:r>
        <w:rPr>
          <w:rFonts w:ascii="Arial" w:hAnsi="Arial"/>
        </w:rPr>
        <w:t xml:space="preserve">halk </w:t>
      </w:r>
      <w:r w:rsidR="007C5516">
        <w:rPr>
          <w:rFonts w:ascii="Arial" w:hAnsi="Arial"/>
        </w:rPr>
        <w:t>M</w:t>
      </w:r>
      <w:r>
        <w:rPr>
          <w:rFonts w:ascii="Arial" w:hAnsi="Arial"/>
        </w:rPr>
        <w:t>ark, and like, they were really into Tears for Fears. And yeah, the fans know this. But I think it's not -- again, because we always default back to the emotional discussion. And also because there is such a relentless focus on that short period of Blue and the surrounding records, like Blue to Don Juan, I guess it's like, those are the records that mostly get talked about all amazing records. But there's a lot of work beyond that. Before that. And after that, that's also worth talking about.</w:t>
      </w:r>
    </w:p>
    <w:p w14:paraId="4F5BB8C8" w14:textId="77777777" w:rsidR="00DB4E0C" w:rsidRDefault="00DB4E0C">
      <w:pPr>
        <w:spacing w:after="0"/>
      </w:pPr>
    </w:p>
    <w:p w14:paraId="0CCCA58E" w14:textId="77777777" w:rsidR="00DB4E0C" w:rsidRDefault="00000000">
      <w:pPr>
        <w:spacing w:after="0"/>
      </w:pPr>
      <w:r>
        <w:rPr>
          <w:rFonts w:ascii="Arial" w:hAnsi="Arial"/>
          <w:b/>
        </w:rPr>
        <w:t xml:space="preserve">Will Robin  </w:t>
      </w:r>
      <w:r>
        <w:rPr>
          <w:rFonts w:ascii="Arial" w:hAnsi="Arial"/>
          <w:color w:val="5D7284"/>
        </w:rPr>
        <w:t>46:22</w:t>
      </w:r>
    </w:p>
    <w:p w14:paraId="21F7E459" w14:textId="77777777" w:rsidR="00DB4E0C" w:rsidRDefault="00000000">
      <w:pPr>
        <w:spacing w:after="0"/>
      </w:pPr>
      <w:r>
        <w:rPr>
          <w:rFonts w:ascii="Arial" w:hAnsi="Arial"/>
        </w:rPr>
        <w:lastRenderedPageBreak/>
        <w:t xml:space="preserve">There are many, multiple generations of people, and I think it's not essentialist as to say women, especially who have found this music as kind of integral to their lives in various ways, and are, how do you conceptualize? Are you telling any of their stories in the book? </w:t>
      </w:r>
    </w:p>
    <w:p w14:paraId="3DFFE0CE" w14:textId="77777777" w:rsidR="00DB4E0C" w:rsidRDefault="00DB4E0C">
      <w:pPr>
        <w:spacing w:after="0"/>
      </w:pPr>
    </w:p>
    <w:p w14:paraId="1C601AB3" w14:textId="77777777" w:rsidR="00DB4E0C" w:rsidRDefault="00000000">
      <w:pPr>
        <w:spacing w:after="0"/>
      </w:pPr>
      <w:r>
        <w:rPr>
          <w:rFonts w:ascii="Arial" w:hAnsi="Arial"/>
          <w:b/>
        </w:rPr>
        <w:t xml:space="preserve">Ann Powers  </w:t>
      </w:r>
      <w:r>
        <w:rPr>
          <w:rFonts w:ascii="Arial" w:hAnsi="Arial"/>
          <w:color w:val="5D7284"/>
        </w:rPr>
        <w:t>46:43</w:t>
      </w:r>
    </w:p>
    <w:p w14:paraId="2DED1307" w14:textId="77777777" w:rsidR="00DB4E0C" w:rsidRDefault="00000000">
      <w:pPr>
        <w:spacing w:after="0"/>
      </w:pPr>
      <w:r>
        <w:rPr>
          <w:rFonts w:ascii="Arial" w:hAnsi="Arial"/>
        </w:rPr>
        <w:t>Fans?</w:t>
      </w:r>
    </w:p>
    <w:p w14:paraId="7AFFD0C0" w14:textId="77777777" w:rsidR="00DB4E0C" w:rsidRDefault="00DB4E0C">
      <w:pPr>
        <w:spacing w:after="0"/>
      </w:pPr>
    </w:p>
    <w:p w14:paraId="42F85474" w14:textId="77777777" w:rsidR="00DB4E0C" w:rsidRDefault="00000000">
      <w:pPr>
        <w:spacing w:after="0"/>
      </w:pPr>
      <w:r>
        <w:rPr>
          <w:rFonts w:ascii="Arial" w:hAnsi="Arial"/>
          <w:b/>
        </w:rPr>
        <w:t xml:space="preserve">Will Robin  </w:t>
      </w:r>
      <w:r>
        <w:rPr>
          <w:rFonts w:ascii="Arial" w:hAnsi="Arial"/>
          <w:color w:val="5D7284"/>
        </w:rPr>
        <w:t>46:44</w:t>
      </w:r>
    </w:p>
    <w:p w14:paraId="4BCCC5F9" w14:textId="77777777" w:rsidR="00DB4E0C" w:rsidRDefault="00000000">
      <w:pPr>
        <w:spacing w:after="0"/>
      </w:pPr>
      <w:r>
        <w:rPr>
          <w:rFonts w:ascii="Arial" w:hAnsi="Arial"/>
        </w:rPr>
        <w:t>Yeah, fans? And how do you kind of also see the book as for them or not for them in some way?</w:t>
      </w:r>
    </w:p>
    <w:p w14:paraId="09D3C783" w14:textId="77777777" w:rsidR="00DB4E0C" w:rsidRDefault="00DB4E0C">
      <w:pPr>
        <w:spacing w:after="0"/>
      </w:pPr>
    </w:p>
    <w:p w14:paraId="1C99AF34" w14:textId="77777777" w:rsidR="00DB4E0C" w:rsidRDefault="00000000">
      <w:pPr>
        <w:spacing w:after="0"/>
      </w:pPr>
      <w:r>
        <w:rPr>
          <w:rFonts w:ascii="Arial" w:hAnsi="Arial"/>
          <w:b/>
        </w:rPr>
        <w:t xml:space="preserve">Ann Powers  </w:t>
      </w:r>
      <w:r>
        <w:rPr>
          <w:rFonts w:ascii="Arial" w:hAnsi="Arial"/>
          <w:color w:val="5D7284"/>
        </w:rPr>
        <w:t>46:51</w:t>
      </w:r>
    </w:p>
    <w:p w14:paraId="4EE323B9" w14:textId="3F3A1291" w:rsidR="00DB4E0C" w:rsidRDefault="00000000">
      <w:pPr>
        <w:spacing w:after="0"/>
      </w:pPr>
      <w:r>
        <w:rPr>
          <w:rFonts w:ascii="Arial" w:hAnsi="Arial"/>
        </w:rPr>
        <w:t>I'm almost as scared of the fans as I am of Joni. Now. I love people. I mean, there's an amazing fan community that was, you know, sort of came into view around this listserv. And, and now it's all on her website, her official website, but it was a fan website for a lot of years. They are amazing. I mean, man They built a whole library of Alexandria of Joni, like you can find almost anything on the web through I mean, through their website, through that website. And it was all fans, you know? So it's daunting, for sure. And I don't know, I mean, I'm not sure but how people will receive the book, of course, anyone.</w:t>
      </w:r>
      <w:r w:rsidR="007C5516">
        <w:rPr>
          <w:rFonts w:ascii="Arial" w:hAnsi="Arial"/>
        </w:rPr>
        <w:t>.</w:t>
      </w:r>
      <w:r>
        <w:rPr>
          <w:rFonts w:ascii="Arial" w:hAnsi="Arial"/>
        </w:rPr>
        <w:t xml:space="preserve">. you never know how people are going to receive a book. But I hope they recognize that I'm doing this with love. That's all I can say. I guess. I've tried not to pull punches. And I've tried to …  I don't mean it to be a sort of a panegyric. But, I think serious fans, I hope that they appreciate the depths with which I've gone into things, but, </w:t>
      </w:r>
      <w:proofErr w:type="spellStart"/>
      <w:r>
        <w:rPr>
          <w:rFonts w:ascii="Arial" w:hAnsi="Arial"/>
        </w:rPr>
        <w:t>that‘a</w:t>
      </w:r>
      <w:proofErr w:type="spellEnd"/>
      <w:r>
        <w:rPr>
          <w:rFonts w:ascii="Arial" w:hAnsi="Arial"/>
        </w:rPr>
        <w:t xml:space="preserve"> another thing, I think that was a primary motivator for me was, because there's this weird laser focus on her oftentimes in terms of the fan relationship to her. And that in and of itself, is a myth. You know, there's a BBC program in which people … like a little special, which people just talk about their, like intense connection to Joni, that captures this really well. Because of that, he me and my underdog, counter… whatever, maverick way, counter</w:t>
      </w:r>
      <w:r w:rsidR="007C5516">
        <w:rPr>
          <w:rFonts w:ascii="Arial" w:hAnsi="Arial"/>
        </w:rPr>
        <w:t>-</w:t>
      </w:r>
      <w:r>
        <w:rPr>
          <w:rFonts w:ascii="Arial" w:hAnsi="Arial"/>
        </w:rPr>
        <w:t>narrative</w:t>
      </w:r>
      <w:r w:rsidR="007C5516">
        <w:rPr>
          <w:rFonts w:ascii="Arial" w:hAnsi="Arial"/>
        </w:rPr>
        <w:t>-</w:t>
      </w:r>
      <w:r>
        <w:rPr>
          <w:rFonts w:ascii="Arial" w:hAnsi="Arial"/>
        </w:rPr>
        <w:t>oriented way, I wanted to say, You know what, no, she didn't. She's not as singular as you think. That seemed really important to me.</w:t>
      </w:r>
    </w:p>
    <w:p w14:paraId="7ADE5522" w14:textId="77777777" w:rsidR="00DB4E0C" w:rsidRDefault="00DB4E0C">
      <w:pPr>
        <w:spacing w:after="0"/>
      </w:pPr>
    </w:p>
    <w:p w14:paraId="3E74ECE4" w14:textId="77777777" w:rsidR="00DB4E0C" w:rsidRDefault="00000000">
      <w:pPr>
        <w:spacing w:after="0"/>
      </w:pPr>
      <w:r>
        <w:rPr>
          <w:rFonts w:ascii="Arial" w:hAnsi="Arial"/>
          <w:b/>
        </w:rPr>
        <w:t xml:space="preserve">Will Robin  </w:t>
      </w:r>
      <w:r>
        <w:rPr>
          <w:rFonts w:ascii="Arial" w:hAnsi="Arial"/>
          <w:color w:val="5D7284"/>
        </w:rPr>
        <w:t>48:56</w:t>
      </w:r>
    </w:p>
    <w:p w14:paraId="26B0C444" w14:textId="77777777" w:rsidR="00DB4E0C" w:rsidRDefault="00000000">
      <w:pPr>
        <w:spacing w:after="0"/>
      </w:pPr>
      <w:r>
        <w:rPr>
          <w:rFonts w:ascii="Arial" w:hAnsi="Arial"/>
        </w:rPr>
        <w:t xml:space="preserve">You could make a documentary like that about any musician who's played that role in someone's life. </w:t>
      </w:r>
    </w:p>
    <w:p w14:paraId="66662B95" w14:textId="77777777" w:rsidR="00DB4E0C" w:rsidRDefault="00DB4E0C">
      <w:pPr>
        <w:spacing w:after="0"/>
      </w:pPr>
    </w:p>
    <w:p w14:paraId="78A2ECE2" w14:textId="77777777" w:rsidR="00DB4E0C" w:rsidRDefault="00000000">
      <w:pPr>
        <w:spacing w:after="0"/>
      </w:pPr>
      <w:r>
        <w:rPr>
          <w:rFonts w:ascii="Arial" w:hAnsi="Arial"/>
          <w:b/>
        </w:rPr>
        <w:t xml:space="preserve">Ann Powers  </w:t>
      </w:r>
      <w:r>
        <w:rPr>
          <w:rFonts w:ascii="Arial" w:hAnsi="Arial"/>
          <w:color w:val="5D7284"/>
        </w:rPr>
        <w:t>49:01</w:t>
      </w:r>
    </w:p>
    <w:p w14:paraId="1D66A0AD" w14:textId="31E70FC1" w:rsidR="00DB4E0C" w:rsidRDefault="00000000">
      <w:pPr>
        <w:spacing w:after="0"/>
      </w:pPr>
      <w:r>
        <w:rPr>
          <w:rFonts w:ascii="Arial" w:hAnsi="Arial"/>
        </w:rPr>
        <w:t xml:space="preserve">Well, yeah, yeah. But it's interesting, because that also, I think, is gendered -- like Dylan. His fans are equally maniacal. And I love them too. [laughs] But I think that Dylan as a man and, and as a man who's very good at creating his own kind of mystery...  he famously said he felt like he was just vomiting out the culture. And so it's always been an approach to associate Dylan -- Oh, he is a spokesperson for civil rights, whatever. You know, he is a channeler of the old weird America, props to </w:t>
      </w:r>
      <w:proofErr w:type="spellStart"/>
      <w:r>
        <w:rPr>
          <w:rFonts w:ascii="Arial" w:hAnsi="Arial"/>
        </w:rPr>
        <w:t>Greil</w:t>
      </w:r>
      <w:proofErr w:type="spellEnd"/>
      <w:r>
        <w:rPr>
          <w:rFonts w:ascii="Arial" w:hAnsi="Arial"/>
        </w:rPr>
        <w:t xml:space="preserve"> Marcus. He is the ultimate bandleader working with the Band or his later bands, he's our Shakespeare, you know, He's an anonymous, he's masked and anonymous. Well, I think Joni -- and again, I want to call her Mitchell just to be sassy in this moment -- she gets the opposite treatment, right? Where it's like constantly stripping away, stripping away all the collaborations, all of the contexts, everything. And it's just you and her and we're having this intimate moment. And that's just bullshit. It's not real. I mean, it can feel real, but it's not how the records are made. It's not how she worked. It's not it's not how she wrote. I mean, it's not how most artists or creative people work. And I think it's a dangerous myth </w:t>
      </w:r>
      <w:r>
        <w:rPr>
          <w:rFonts w:ascii="Arial" w:hAnsi="Arial"/>
        </w:rPr>
        <w:lastRenderedPageBreak/>
        <w:t xml:space="preserve">because it erases so much, it erases collaboration, it erases labor. It erases the music business, which had a big influence on the choices she made as she was trying to navigate her way in the music business. So if you're writing about Nick Drake, okay, like Nick Drake worked in mostly solitude, he had some help, but especially starting with Ladies of the Canyon, she's a band girl. From that point on, her collaborators are really important. And then before that, too, anyway, I'm rambling. But so yeah, so I think for the fans, hopefully, they'll find that interesting that I'm talking about these different relationships and themes. And then also, because of my writing, how I write in general, I'm also talking about other subjects, how I see they intersect with her work. So for example, I think I sent you the childhood chapter, that chapter is really about... it's not so much about *her* childhood, but it's about how she talks about her childhood, and how she writes songs about her childhood and about how, at that moment, when the singer songwriter myth is being created, they're all writing a lot, her circle is writing a lot about their own childhoods, the romanticization of the child, and that I connected out to say, well, they were all reading various hippie books that encouraged that, the hippie ethos was very much about the romanticization of innocence of the child. So I talk a lot about those things, too. Like, what is the context when I talk about her ongoing theme of traveling, and in the 70s, how that works on her records. I also talk about how women traveling was a huge subject that people were interested in in the 70s through film, through novels, like Erica Jong, just through popular culture. So again, I wanted to connect what she was doing, or talking about her 80s stuff and how it is connected to new wave... </w:t>
      </w:r>
    </w:p>
    <w:p w14:paraId="052EC905" w14:textId="77777777" w:rsidR="00DB4E0C" w:rsidRDefault="00DB4E0C">
      <w:pPr>
        <w:spacing w:after="0"/>
      </w:pPr>
    </w:p>
    <w:p w14:paraId="6EE272D2" w14:textId="77777777" w:rsidR="00DB4E0C" w:rsidRDefault="00000000">
      <w:pPr>
        <w:spacing w:after="0"/>
      </w:pPr>
      <w:r>
        <w:rPr>
          <w:rFonts w:ascii="Arial" w:hAnsi="Arial"/>
          <w:b/>
        </w:rPr>
        <w:t xml:space="preserve">Will Robin  </w:t>
      </w:r>
      <w:r>
        <w:rPr>
          <w:rFonts w:ascii="Arial" w:hAnsi="Arial"/>
          <w:color w:val="5D7284"/>
        </w:rPr>
        <w:t>53:22</w:t>
      </w:r>
    </w:p>
    <w:p w14:paraId="005BD05D" w14:textId="77777777" w:rsidR="00DB4E0C" w:rsidRDefault="00000000">
      <w:pPr>
        <w:spacing w:after="0"/>
      </w:pPr>
      <w:r>
        <w:rPr>
          <w:rFonts w:ascii="Arial" w:hAnsi="Arial"/>
        </w:rPr>
        <w:t xml:space="preserve">So you're placing her in a context. </w:t>
      </w:r>
    </w:p>
    <w:p w14:paraId="5D552CD1" w14:textId="77777777" w:rsidR="00DB4E0C" w:rsidRDefault="00DB4E0C">
      <w:pPr>
        <w:spacing w:after="0"/>
      </w:pPr>
    </w:p>
    <w:p w14:paraId="27A52E23" w14:textId="77777777" w:rsidR="00DB4E0C" w:rsidRDefault="00000000">
      <w:pPr>
        <w:spacing w:after="0"/>
      </w:pPr>
      <w:r>
        <w:rPr>
          <w:rFonts w:ascii="Arial" w:hAnsi="Arial"/>
          <w:b/>
        </w:rPr>
        <w:t xml:space="preserve">Ann Powers  </w:t>
      </w:r>
      <w:r>
        <w:rPr>
          <w:rFonts w:ascii="Arial" w:hAnsi="Arial"/>
          <w:color w:val="5D7284"/>
        </w:rPr>
        <w:t>53:24</w:t>
      </w:r>
    </w:p>
    <w:p w14:paraId="06E7BF46" w14:textId="77777777" w:rsidR="00DB4E0C" w:rsidRDefault="00000000">
      <w:pPr>
        <w:spacing w:after="0"/>
      </w:pPr>
      <w:r>
        <w:rPr>
          <w:rFonts w:ascii="Arial" w:hAnsi="Arial"/>
        </w:rPr>
        <w:t>Yeah, in many contexts, hopefully. And sort of seeing how she is moving through... I guess that's like a Bob Dylan's America type thing. Like she's, it's Joni Mitchell's America, whatever... Well, that could be your title! Ah! [both laugh]</w:t>
      </w:r>
    </w:p>
    <w:p w14:paraId="03A189A5" w14:textId="77777777" w:rsidR="00DB4E0C" w:rsidRDefault="00DB4E0C">
      <w:pPr>
        <w:spacing w:after="0"/>
      </w:pPr>
    </w:p>
    <w:p w14:paraId="672A2EAB" w14:textId="77777777" w:rsidR="00DB4E0C" w:rsidRDefault="00000000">
      <w:pPr>
        <w:spacing w:after="0"/>
      </w:pPr>
      <w:r>
        <w:rPr>
          <w:rFonts w:ascii="Arial" w:hAnsi="Arial"/>
          <w:b/>
        </w:rPr>
        <w:t xml:space="preserve">Will Robin  </w:t>
      </w:r>
      <w:r>
        <w:rPr>
          <w:rFonts w:ascii="Arial" w:hAnsi="Arial"/>
          <w:color w:val="5D7284"/>
        </w:rPr>
        <w:t>53:41</w:t>
      </w:r>
    </w:p>
    <w:p w14:paraId="584D4B02" w14:textId="77777777" w:rsidR="00DB4E0C" w:rsidRDefault="00000000">
      <w:pPr>
        <w:spacing w:after="0"/>
      </w:pPr>
      <w:r>
        <w:rPr>
          <w:rFonts w:ascii="Arial" w:hAnsi="Arial"/>
        </w:rPr>
        <w:t>I don't know about that.</w:t>
      </w:r>
    </w:p>
    <w:p w14:paraId="2843735B" w14:textId="77777777" w:rsidR="00DB4E0C" w:rsidRDefault="00DB4E0C">
      <w:pPr>
        <w:spacing w:after="0"/>
      </w:pPr>
    </w:p>
    <w:p w14:paraId="3EAD258D" w14:textId="77777777" w:rsidR="00DB4E0C" w:rsidRDefault="00000000">
      <w:pPr>
        <w:spacing w:after="0"/>
      </w:pPr>
      <w:r>
        <w:rPr>
          <w:rFonts w:ascii="Arial" w:hAnsi="Arial"/>
          <w:b/>
        </w:rPr>
        <w:t xml:space="preserve">Ann Powers  </w:t>
      </w:r>
      <w:r>
        <w:rPr>
          <w:rFonts w:ascii="Arial" w:hAnsi="Arial"/>
          <w:color w:val="5D7284"/>
        </w:rPr>
        <w:t>53:43</w:t>
      </w:r>
    </w:p>
    <w:p w14:paraId="1386749B" w14:textId="77777777" w:rsidR="00DB4E0C" w:rsidRDefault="00000000">
      <w:pPr>
        <w:spacing w:after="0"/>
      </w:pPr>
      <w:r>
        <w:rPr>
          <w:rFonts w:ascii="Arial" w:hAnsi="Arial"/>
        </w:rPr>
        <w:t>Well, maybe!  I feel like there's probably like the world's...</w:t>
      </w:r>
    </w:p>
    <w:p w14:paraId="283424BE" w14:textId="77777777" w:rsidR="00DB4E0C" w:rsidRDefault="00DB4E0C">
      <w:pPr>
        <w:spacing w:after="0"/>
      </w:pPr>
    </w:p>
    <w:p w14:paraId="73725CF8" w14:textId="77777777" w:rsidR="00DB4E0C" w:rsidRDefault="00000000">
      <w:pPr>
        <w:spacing w:after="0"/>
      </w:pPr>
      <w:r>
        <w:rPr>
          <w:rFonts w:ascii="Arial" w:hAnsi="Arial"/>
          <w:b/>
        </w:rPr>
        <w:t xml:space="preserve">Will Robin  </w:t>
      </w:r>
      <w:r>
        <w:rPr>
          <w:rFonts w:ascii="Arial" w:hAnsi="Arial"/>
          <w:color w:val="5D7284"/>
        </w:rPr>
        <w:t>53:47</w:t>
      </w:r>
    </w:p>
    <w:p w14:paraId="05658F08" w14:textId="77777777" w:rsidR="00DB4E0C" w:rsidRDefault="00000000">
      <w:pPr>
        <w:spacing w:after="0"/>
      </w:pPr>
      <w:r>
        <w:rPr>
          <w:rFonts w:ascii="Arial" w:hAnsi="Arial"/>
        </w:rPr>
        <w:t>I think the Canadians might also be upset if the book...</w:t>
      </w:r>
    </w:p>
    <w:p w14:paraId="242CDFFA" w14:textId="77777777" w:rsidR="00DB4E0C" w:rsidRDefault="00DB4E0C">
      <w:pPr>
        <w:spacing w:after="0"/>
      </w:pPr>
    </w:p>
    <w:p w14:paraId="68994AE4" w14:textId="77777777" w:rsidR="00DB4E0C" w:rsidRDefault="00000000">
      <w:pPr>
        <w:spacing w:after="0"/>
      </w:pPr>
      <w:r>
        <w:rPr>
          <w:rFonts w:ascii="Arial" w:hAnsi="Arial"/>
          <w:b/>
        </w:rPr>
        <w:t xml:space="preserve">Ann Powers  </w:t>
      </w:r>
      <w:r>
        <w:rPr>
          <w:rFonts w:ascii="Arial" w:hAnsi="Arial"/>
          <w:color w:val="5D7284"/>
        </w:rPr>
        <w:t>53:50</w:t>
      </w:r>
    </w:p>
    <w:p w14:paraId="5BDAFB32" w14:textId="77777777" w:rsidR="00DB4E0C" w:rsidRDefault="00000000">
      <w:pPr>
        <w:spacing w:after="0"/>
      </w:pPr>
      <w:r>
        <w:rPr>
          <w:rFonts w:ascii="Arial" w:hAnsi="Arial"/>
        </w:rPr>
        <w:t xml:space="preserve">Ah yeah, she is Canadian. That's .... Yeah. Sean </w:t>
      </w:r>
      <w:proofErr w:type="spellStart"/>
      <w:r>
        <w:rPr>
          <w:rFonts w:ascii="Arial" w:hAnsi="Arial"/>
        </w:rPr>
        <w:t>Wilentz</w:t>
      </w:r>
      <w:proofErr w:type="spellEnd"/>
      <w:r>
        <w:rPr>
          <w:rFonts w:ascii="Arial" w:hAnsi="Arial"/>
        </w:rPr>
        <w:t xml:space="preserve">. Hi, Sean </w:t>
      </w:r>
      <w:proofErr w:type="spellStart"/>
      <w:r>
        <w:rPr>
          <w:rFonts w:ascii="Arial" w:hAnsi="Arial"/>
        </w:rPr>
        <w:t>Wilentz</w:t>
      </w:r>
      <w:proofErr w:type="spellEnd"/>
      <w:r>
        <w:rPr>
          <w:rFonts w:ascii="Arial" w:hAnsi="Arial"/>
        </w:rPr>
        <w:t xml:space="preserve"> your book was Bob Dylan in America. So, yes, anyway. Yeah, she's in Canada, too. [laughs] And that matters, you know, I do think.</w:t>
      </w:r>
    </w:p>
    <w:p w14:paraId="7AE39C5B" w14:textId="77777777" w:rsidR="00DB4E0C" w:rsidRDefault="00DB4E0C">
      <w:pPr>
        <w:spacing w:after="0"/>
      </w:pPr>
    </w:p>
    <w:p w14:paraId="08F23E2E" w14:textId="77777777" w:rsidR="00DB4E0C" w:rsidRDefault="00000000">
      <w:pPr>
        <w:spacing w:after="0"/>
      </w:pPr>
      <w:r>
        <w:rPr>
          <w:rFonts w:ascii="Arial" w:hAnsi="Arial"/>
          <w:b/>
        </w:rPr>
        <w:t xml:space="preserve">Will Robin  </w:t>
      </w:r>
      <w:r>
        <w:rPr>
          <w:rFonts w:ascii="Arial" w:hAnsi="Arial"/>
          <w:color w:val="5D7284"/>
        </w:rPr>
        <w:t>54:12</w:t>
      </w:r>
    </w:p>
    <w:p w14:paraId="50482C92" w14:textId="77777777" w:rsidR="00DB4E0C" w:rsidRDefault="00000000">
      <w:pPr>
        <w:spacing w:after="0"/>
      </w:pPr>
      <w:r>
        <w:rPr>
          <w:rFonts w:ascii="Arial" w:hAnsi="Arial"/>
        </w:rPr>
        <w:t>What did Joni Mitchell's return to performance mean for you last year?</w:t>
      </w:r>
    </w:p>
    <w:p w14:paraId="7BE2D047" w14:textId="77777777" w:rsidR="00DB4E0C" w:rsidRDefault="00DB4E0C">
      <w:pPr>
        <w:spacing w:after="0"/>
      </w:pPr>
    </w:p>
    <w:p w14:paraId="475D1B92" w14:textId="77777777" w:rsidR="00DB4E0C" w:rsidRDefault="00000000">
      <w:pPr>
        <w:spacing w:after="0"/>
      </w:pPr>
      <w:r>
        <w:rPr>
          <w:rFonts w:ascii="Arial" w:hAnsi="Arial"/>
          <w:b/>
        </w:rPr>
        <w:t xml:space="preserve">Ann Powers  </w:t>
      </w:r>
      <w:r>
        <w:rPr>
          <w:rFonts w:ascii="Arial" w:hAnsi="Arial"/>
          <w:color w:val="5D7284"/>
        </w:rPr>
        <w:t>54:21</w:t>
      </w:r>
    </w:p>
    <w:p w14:paraId="59F7798B" w14:textId="221F7A0E" w:rsidR="00DB4E0C" w:rsidRDefault="00000000">
      <w:pPr>
        <w:spacing w:after="0"/>
      </w:pPr>
      <w:r>
        <w:rPr>
          <w:rFonts w:ascii="Arial" w:hAnsi="Arial"/>
        </w:rPr>
        <w:lastRenderedPageBreak/>
        <w:t xml:space="preserve">Oh, you mean this recent? Well, you know, I got to be there when Brandi </w:t>
      </w:r>
      <w:proofErr w:type="spellStart"/>
      <w:r>
        <w:rPr>
          <w:rFonts w:ascii="Arial" w:hAnsi="Arial"/>
        </w:rPr>
        <w:t>Carlile</w:t>
      </w:r>
      <w:proofErr w:type="spellEnd"/>
      <w:r>
        <w:rPr>
          <w:rFonts w:ascii="Arial" w:hAnsi="Arial"/>
        </w:rPr>
        <w:t xml:space="preserve"> performed Blue at Disney Hall. That's the second time I met Joni and it was awkward. [laughs] I feel like I've seen this building for a while and it was very exciting. I wasn't at Newport and ... I don't know You know, this is like this funny bloody mindedness I have about my subject and how here I am calling her Joni like I know her, yet in a weird way I want to maintain distance and I sort of knew without anybody officially telling me she was going to be at Newport and part of me was like, oh, you should go, you should go, what a scene. But then I was resistant just like I haven't decided if I'm going to try to go to the Gorge or not right now when she's playing in the summer with Brandi. I've interviewed Brandi a bunch and she was kind enough to let me sit in on those early rehearsals, which was amazing.</w:t>
      </w:r>
    </w:p>
    <w:p w14:paraId="05FEAA9B" w14:textId="77777777" w:rsidR="00DB4E0C" w:rsidRDefault="00DB4E0C">
      <w:pPr>
        <w:spacing w:after="0"/>
      </w:pPr>
    </w:p>
    <w:p w14:paraId="15E3BF5F" w14:textId="77777777" w:rsidR="00DB4E0C" w:rsidRDefault="00000000">
      <w:pPr>
        <w:spacing w:after="0"/>
      </w:pPr>
      <w:r>
        <w:rPr>
          <w:rFonts w:ascii="Arial" w:hAnsi="Arial"/>
          <w:b/>
        </w:rPr>
        <w:t xml:space="preserve">Will Robin  </w:t>
      </w:r>
      <w:r>
        <w:rPr>
          <w:rFonts w:ascii="Arial" w:hAnsi="Arial"/>
          <w:color w:val="5D7284"/>
        </w:rPr>
        <w:t>55:31</w:t>
      </w:r>
    </w:p>
    <w:p w14:paraId="5D3168CA" w14:textId="77777777" w:rsidR="00DB4E0C" w:rsidRDefault="00000000">
      <w:pPr>
        <w:spacing w:after="0"/>
      </w:pPr>
      <w:r>
        <w:rPr>
          <w:rFonts w:ascii="Arial" w:hAnsi="Arial"/>
        </w:rPr>
        <w:t>With Joni, you mean, or the early rehearsals of her doing Blue...</w:t>
      </w:r>
    </w:p>
    <w:p w14:paraId="4B8DFFF3" w14:textId="77777777" w:rsidR="00DB4E0C" w:rsidRDefault="00DB4E0C">
      <w:pPr>
        <w:spacing w:after="0"/>
      </w:pPr>
    </w:p>
    <w:p w14:paraId="21A0DCB4" w14:textId="77777777" w:rsidR="00DB4E0C" w:rsidRDefault="00000000">
      <w:pPr>
        <w:spacing w:after="0"/>
      </w:pPr>
      <w:r>
        <w:rPr>
          <w:rFonts w:ascii="Arial" w:hAnsi="Arial"/>
          <w:b/>
        </w:rPr>
        <w:t xml:space="preserve">Ann Powers  </w:t>
      </w:r>
      <w:r>
        <w:rPr>
          <w:rFonts w:ascii="Arial" w:hAnsi="Arial"/>
          <w:color w:val="5D7284"/>
        </w:rPr>
        <w:t>55:34</w:t>
      </w:r>
    </w:p>
    <w:p w14:paraId="333FAD8C" w14:textId="340598C6" w:rsidR="00DB4E0C" w:rsidRDefault="00000000">
      <w:pPr>
        <w:spacing w:after="0"/>
      </w:pPr>
      <w:r>
        <w:rPr>
          <w:rFonts w:ascii="Arial" w:hAnsi="Arial"/>
        </w:rPr>
        <w:t xml:space="preserve">No, the early rehearsals when she did Blue at Disney Hall, Joni was there, but she didn't perform. So because of that, because I had a sort of journalistic connection with Brandi, who is a wonderful person, super generous person. I've seen this evolution, and it happened over time. And it's been really exciting. And I think it's a story as with any Joni story that works on multiple levels. I mean, there's a story of a great artist getting her due, although I think she has gotten her due in the past. But having another round and getting her flowers, as we like to say, and being acknowledged, which really began when David </w:t>
      </w:r>
      <w:proofErr w:type="spellStart"/>
      <w:r>
        <w:rPr>
          <w:rFonts w:ascii="Arial" w:hAnsi="Arial"/>
        </w:rPr>
        <w:t>Yaffe</w:t>
      </w:r>
      <w:proofErr w:type="spellEnd"/>
      <w:r>
        <w:rPr>
          <w:rFonts w:ascii="Arial" w:hAnsi="Arial"/>
        </w:rPr>
        <w:t xml:space="preserve"> published his biography, this particular chapter of that, it really started in the 90s. That's what I'm writing right now, her building her own legacy, but, the latest round started when David </w:t>
      </w:r>
      <w:proofErr w:type="spellStart"/>
      <w:r>
        <w:rPr>
          <w:rFonts w:ascii="Arial" w:hAnsi="Arial"/>
        </w:rPr>
        <w:t>Yaffe's</w:t>
      </w:r>
      <w:proofErr w:type="spellEnd"/>
      <w:r>
        <w:rPr>
          <w:rFonts w:ascii="Arial" w:hAnsi="Arial"/>
        </w:rPr>
        <w:t xml:space="preserve"> biography was published. So there's that part of it, the great artist who was never forgotten, but kind of hidden in plain sight coming back to the center, then there's the side of it, that's about a person recovering from an awful health crisis, health catastrophe. She had that aneurysm and people thought she might die. And she really had to recover. So that's another inspirational thing. Then there's another level, which is kind of the relationship with Brandi </w:t>
      </w:r>
      <w:proofErr w:type="spellStart"/>
      <w:r>
        <w:rPr>
          <w:rFonts w:ascii="Arial" w:hAnsi="Arial"/>
        </w:rPr>
        <w:t>Carlile</w:t>
      </w:r>
      <w:proofErr w:type="spellEnd"/>
      <w:r>
        <w:rPr>
          <w:rFonts w:ascii="Arial" w:hAnsi="Arial"/>
        </w:rPr>
        <w:t>, and the inheritance and Brandi coming into her own mastery by learning these texts. So I guess I'm just enjoying watching these multiple narratives unfold. I think it's really ... it's the feel</w:t>
      </w:r>
      <w:r w:rsidR="007C5516">
        <w:rPr>
          <w:rFonts w:ascii="Arial" w:hAnsi="Arial"/>
        </w:rPr>
        <w:t>-</w:t>
      </w:r>
      <w:r>
        <w:rPr>
          <w:rFonts w:ascii="Arial" w:hAnsi="Arial"/>
        </w:rPr>
        <w:t>good story of the year.  [both laugh] There's nothing bad about it.</w:t>
      </w:r>
    </w:p>
    <w:p w14:paraId="2CF1AAA1" w14:textId="77777777" w:rsidR="00DB4E0C" w:rsidRDefault="00DB4E0C">
      <w:pPr>
        <w:spacing w:after="0"/>
      </w:pPr>
    </w:p>
    <w:p w14:paraId="4E2BA300" w14:textId="77777777" w:rsidR="00DB4E0C" w:rsidRDefault="00000000">
      <w:pPr>
        <w:spacing w:after="0"/>
      </w:pPr>
      <w:r>
        <w:rPr>
          <w:rFonts w:ascii="Arial" w:hAnsi="Arial"/>
          <w:b/>
        </w:rPr>
        <w:t xml:space="preserve">Will Robin  </w:t>
      </w:r>
      <w:r>
        <w:rPr>
          <w:rFonts w:ascii="Arial" w:hAnsi="Arial"/>
          <w:color w:val="5D7284"/>
        </w:rPr>
        <w:t>57:45</w:t>
      </w:r>
    </w:p>
    <w:p w14:paraId="7B191FE5" w14:textId="77777777" w:rsidR="00DB4E0C" w:rsidRDefault="00000000">
      <w:pPr>
        <w:spacing w:after="0"/>
      </w:pPr>
      <w:r>
        <w:rPr>
          <w:rFonts w:ascii="Arial" w:hAnsi="Arial"/>
        </w:rPr>
        <w:t>Well, thank you so much for speaking with me. This is really enlightening. And getting a sneak preview of this project is really exciting.</w:t>
      </w:r>
    </w:p>
    <w:p w14:paraId="0DE99FC9" w14:textId="77777777" w:rsidR="00DB4E0C" w:rsidRDefault="00DB4E0C">
      <w:pPr>
        <w:spacing w:after="0"/>
      </w:pPr>
    </w:p>
    <w:p w14:paraId="56A3A4C8" w14:textId="77777777" w:rsidR="00DB4E0C" w:rsidRDefault="00000000">
      <w:pPr>
        <w:spacing w:after="0"/>
      </w:pPr>
      <w:r>
        <w:rPr>
          <w:rFonts w:ascii="Arial" w:hAnsi="Arial"/>
          <w:b/>
        </w:rPr>
        <w:t xml:space="preserve">Ann Powers  </w:t>
      </w:r>
      <w:r>
        <w:rPr>
          <w:rFonts w:ascii="Arial" w:hAnsi="Arial"/>
          <w:color w:val="5D7284"/>
        </w:rPr>
        <w:t>57:53</w:t>
      </w:r>
    </w:p>
    <w:p w14:paraId="5EF5606D" w14:textId="77777777" w:rsidR="00DB4E0C" w:rsidRDefault="00000000">
      <w:pPr>
        <w:spacing w:after="0"/>
      </w:pPr>
      <w:r>
        <w:rPr>
          <w:rFonts w:ascii="Arial" w:hAnsi="Arial"/>
        </w:rPr>
        <w:t xml:space="preserve">Thank you. It's </w:t>
      </w:r>
      <w:proofErr w:type="spellStart"/>
      <w:r>
        <w:rPr>
          <w:rFonts w:ascii="Arial" w:hAnsi="Arial"/>
        </w:rPr>
        <w:t>gonna</w:t>
      </w:r>
      <w:proofErr w:type="spellEnd"/>
      <w:r>
        <w:rPr>
          <w:rFonts w:ascii="Arial" w:hAnsi="Arial"/>
        </w:rPr>
        <w:t xml:space="preserve"> hopefully be out next early winter. And oh, yeah, I hope that I don't get cease and desist letters after this, [both laugh] I guess. No, it's been fun to talk about I haven't talked about it with anybody else. So thanks for your insightful questions. It was a great conversation. </w:t>
      </w:r>
    </w:p>
    <w:p w14:paraId="0681124A" w14:textId="77777777" w:rsidR="00DB4E0C" w:rsidRDefault="00DB4E0C">
      <w:pPr>
        <w:spacing w:after="0"/>
      </w:pPr>
    </w:p>
    <w:p w14:paraId="20A74872" w14:textId="77777777" w:rsidR="00DB4E0C" w:rsidRDefault="00000000">
      <w:pPr>
        <w:spacing w:after="0"/>
      </w:pPr>
      <w:r>
        <w:rPr>
          <w:rFonts w:ascii="Arial" w:hAnsi="Arial"/>
          <w:b/>
        </w:rPr>
        <w:t xml:space="preserve">Will Robin  </w:t>
      </w:r>
      <w:r>
        <w:rPr>
          <w:rFonts w:ascii="Arial" w:hAnsi="Arial"/>
          <w:color w:val="5D7284"/>
        </w:rPr>
        <w:t>58:14</w:t>
      </w:r>
    </w:p>
    <w:p w14:paraId="4C9313A8" w14:textId="77777777" w:rsidR="00DB4E0C" w:rsidRDefault="00000000">
      <w:pPr>
        <w:spacing w:after="0"/>
      </w:pPr>
      <w:r>
        <w:rPr>
          <w:rFonts w:ascii="Arial" w:hAnsi="Arial"/>
        </w:rPr>
        <w:t>Thanks.</w:t>
      </w:r>
    </w:p>
    <w:p w14:paraId="4165F07E" w14:textId="77777777" w:rsidR="00DB4E0C" w:rsidRDefault="00DB4E0C">
      <w:pPr>
        <w:spacing w:after="0"/>
      </w:pPr>
    </w:p>
    <w:p w14:paraId="7EC7F127" w14:textId="77777777" w:rsidR="00DB4E0C" w:rsidRDefault="00000000">
      <w:pPr>
        <w:spacing w:after="0"/>
      </w:pPr>
      <w:r>
        <w:rPr>
          <w:rFonts w:ascii="Arial" w:hAnsi="Arial"/>
          <w:color w:val="5D7284"/>
        </w:rPr>
        <w:t>58:14</w:t>
      </w:r>
    </w:p>
    <w:p w14:paraId="577B6E23" w14:textId="77777777" w:rsidR="00DB4E0C" w:rsidRDefault="00000000">
      <w:pPr>
        <w:spacing w:after="0"/>
      </w:pPr>
      <w:r>
        <w:rPr>
          <w:rFonts w:ascii="Arial" w:hAnsi="Arial"/>
        </w:rPr>
        <w:t>[Music]</w:t>
      </w:r>
    </w:p>
    <w:p w14:paraId="353D100E" w14:textId="77777777" w:rsidR="00DB4E0C" w:rsidRDefault="00DB4E0C">
      <w:pPr>
        <w:spacing w:after="0"/>
      </w:pPr>
    </w:p>
    <w:p w14:paraId="029DACAD" w14:textId="77777777" w:rsidR="00DB4E0C" w:rsidRDefault="00000000">
      <w:pPr>
        <w:spacing w:after="0"/>
      </w:pPr>
      <w:r>
        <w:rPr>
          <w:rFonts w:ascii="Arial" w:hAnsi="Arial"/>
          <w:b/>
        </w:rPr>
        <w:t xml:space="preserve">Will Robin  </w:t>
      </w:r>
      <w:r>
        <w:rPr>
          <w:rFonts w:ascii="Arial" w:hAnsi="Arial"/>
          <w:color w:val="5D7284"/>
        </w:rPr>
        <w:t>58:20</w:t>
      </w:r>
    </w:p>
    <w:p w14:paraId="75F6162D" w14:textId="77777777" w:rsidR="00DB4E0C" w:rsidRDefault="00000000">
      <w:pPr>
        <w:spacing w:after="0"/>
      </w:pPr>
      <w:r>
        <w:rPr>
          <w:rFonts w:ascii="Arial" w:hAnsi="Arial"/>
        </w:rPr>
        <w:t xml:space="preserve">Thank you to Ann Powers, music critic for NPR, for that amazing discussion. You can check out links to more of her work over at our website at soundexpertise.org. Season Three is here and our stellar Sound Expertise team is back. I'm grateful to D. Edward Davis for his great production work on this and all of our episodes, you can check out his music on SoundCloud at </w:t>
      </w:r>
      <w:proofErr w:type="spellStart"/>
      <w:r>
        <w:rPr>
          <w:rFonts w:ascii="Arial" w:hAnsi="Arial"/>
        </w:rPr>
        <w:t>warmsilence</w:t>
      </w:r>
      <w:proofErr w:type="spellEnd"/>
      <w:r>
        <w:rPr>
          <w:rFonts w:ascii="Arial" w:hAnsi="Arial"/>
        </w:rPr>
        <w:t xml:space="preserve">. And a big thank you to Andrew </w:t>
      </w:r>
      <w:proofErr w:type="spellStart"/>
      <w:r>
        <w:rPr>
          <w:rFonts w:ascii="Arial" w:hAnsi="Arial"/>
        </w:rPr>
        <w:t>Dell'Antonio</w:t>
      </w:r>
      <w:proofErr w:type="spellEnd"/>
      <w:r>
        <w:rPr>
          <w:rFonts w:ascii="Arial" w:hAnsi="Arial"/>
        </w:rPr>
        <w:t xml:space="preserve"> for transcribing all our episodes to make them more accessible. This episode of Sound Expertise was recorded at the National Foreign Language Center with support from University of Maryland School of Music. Next week on Sound Expertise, we'll be talking about the rich history of Black classical musicians in Germany.</w:t>
      </w:r>
    </w:p>
    <w:p w14:paraId="7CBDB86E" w14:textId="77777777" w:rsidR="00DB4E0C" w:rsidRDefault="00DB4E0C">
      <w:pPr>
        <w:spacing w:after="0"/>
      </w:pPr>
    </w:p>
    <w:p w14:paraId="15593D17" w14:textId="65BC5080" w:rsidR="00DB4E0C" w:rsidRDefault="00000000">
      <w:pPr>
        <w:spacing w:after="0"/>
      </w:pPr>
      <w:r>
        <w:rPr>
          <w:rFonts w:ascii="Arial" w:hAnsi="Arial"/>
          <w:b/>
        </w:rPr>
        <w:t>[</w:t>
      </w:r>
      <w:r w:rsidR="007C5516">
        <w:rPr>
          <w:rFonts w:ascii="Arial" w:hAnsi="Arial"/>
          <w:b/>
        </w:rPr>
        <w:t>Unidentified Speaker</w:t>
      </w:r>
      <w:r>
        <w:rPr>
          <w:rFonts w:ascii="Arial" w:hAnsi="Arial"/>
          <w:b/>
        </w:rPr>
        <w:t xml:space="preserve">]  </w:t>
      </w:r>
      <w:r>
        <w:rPr>
          <w:rFonts w:ascii="Arial" w:hAnsi="Arial"/>
          <w:color w:val="5D7284"/>
        </w:rPr>
        <w:t>59:03</w:t>
      </w:r>
    </w:p>
    <w:p w14:paraId="1B8948D7" w14:textId="77777777" w:rsidR="00DB4E0C" w:rsidRDefault="00000000">
      <w:pPr>
        <w:spacing w:after="0"/>
      </w:pPr>
      <w:r>
        <w:rPr>
          <w:rFonts w:ascii="Arial" w:hAnsi="Arial"/>
        </w:rPr>
        <w:t xml:space="preserve">You know, the problem that ... the paradox that you can't be Black and German, which is a lot of what my book is trying to destroy, I guess you can say, by looking at Black performances of Germanness and also showing the long history of actual Black people on German soil. </w:t>
      </w:r>
    </w:p>
    <w:p w14:paraId="7CBC1D65" w14:textId="77777777" w:rsidR="00DB4E0C" w:rsidRDefault="00DB4E0C">
      <w:pPr>
        <w:spacing w:after="0"/>
      </w:pPr>
    </w:p>
    <w:p w14:paraId="57C09BDC" w14:textId="77777777" w:rsidR="00DB4E0C" w:rsidRDefault="00000000">
      <w:pPr>
        <w:spacing w:after="0"/>
      </w:pPr>
      <w:r>
        <w:rPr>
          <w:rFonts w:ascii="Arial" w:hAnsi="Arial"/>
          <w:b/>
        </w:rPr>
        <w:t xml:space="preserve">Will Robin  </w:t>
      </w:r>
      <w:r>
        <w:rPr>
          <w:rFonts w:ascii="Arial" w:hAnsi="Arial"/>
          <w:color w:val="5D7284"/>
        </w:rPr>
        <w:t>59:19</w:t>
      </w:r>
    </w:p>
    <w:p w14:paraId="13281D9E" w14:textId="77777777" w:rsidR="00DB4E0C" w:rsidRDefault="00000000">
      <w:pPr>
        <w:spacing w:after="0"/>
      </w:pPr>
      <w:r>
        <w:rPr>
          <w:rFonts w:ascii="Arial" w:hAnsi="Arial"/>
        </w:rPr>
        <w:t>See you then!</w:t>
      </w:r>
    </w:p>
    <w:sectPr w:rsidR="00DB4E0C" w:rsidSect="001216B9">
      <w:footerReference w:type="even" r:id="rId8"/>
      <w:footerReference w:type="default" r:id="rId9"/>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E12A82" w14:textId="77777777" w:rsidR="0098265E" w:rsidRDefault="0098265E">
      <w:pPr>
        <w:spacing w:after="0" w:line="240" w:lineRule="auto"/>
      </w:pPr>
      <w:r>
        <w:separator/>
      </w:r>
    </w:p>
  </w:endnote>
  <w:endnote w:type="continuationSeparator" w:id="0">
    <w:p w14:paraId="320C15E1" w14:textId="77777777" w:rsidR="0098265E" w:rsidRDefault="009826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0000000000000000000"/>
    <w:charset w:val="00"/>
    <w:family w:val="auto"/>
    <w:pitch w:val="variable"/>
    <w:sig w:usb0="00000003" w:usb1="00000000" w:usb2="00000000" w:usb3="00000000" w:csb0="00000003"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72650680"/>
      <w:docPartObj>
        <w:docPartGallery w:val="Page Numbers (Bottom of Page)"/>
        <w:docPartUnique/>
      </w:docPartObj>
    </w:sdtPr>
    <w:sdtContent>
      <w:p w14:paraId="490E512E" w14:textId="6837AC6A"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7C5516">
          <w:rPr>
            <w:rStyle w:val="PageNumber"/>
            <w:noProof/>
          </w:rPr>
          <w:t>- 1 -</w:t>
        </w:r>
        <w:r>
          <w:rPr>
            <w:rStyle w:val="PageNumber"/>
          </w:rPr>
          <w:fldChar w:fldCharType="end"/>
        </w:r>
      </w:p>
    </w:sdtContent>
  </w:sdt>
  <w:sdt>
    <w:sdtPr>
      <w:rPr>
        <w:rStyle w:val="PageNumber"/>
      </w:rPr>
      <w:id w:val="937484424"/>
      <w:docPartObj>
        <w:docPartGallery w:val="Page Numbers (Bottom of Page)"/>
        <w:docPartUnique/>
      </w:docPartObj>
    </w:sdtPr>
    <w:sdtContent>
      <w:p w14:paraId="454D2FE5" w14:textId="7DFB9F3C"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7C5516">
          <w:rPr>
            <w:rStyle w:val="PageNumber"/>
            <w:noProof/>
          </w:rPr>
          <w:t>- 1 -</w:t>
        </w:r>
        <w:r>
          <w:rPr>
            <w:rStyle w:val="PageNumber"/>
          </w:rPr>
          <w:fldChar w:fldCharType="end"/>
        </w:r>
      </w:p>
    </w:sdtContent>
  </w:sdt>
  <w:p w14:paraId="3D334A65"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Arial" w:hAnsi="Arial" w:cs="Arial"/>
      </w:rPr>
      <w:id w:val="1113323662"/>
      <w:docPartObj>
        <w:docPartGallery w:val="Page Numbers (Bottom of Page)"/>
        <w:docPartUnique/>
      </w:docPartObj>
    </w:sdtPr>
    <w:sdtContent>
      <w:p w14:paraId="3B36691D" w14:textId="77777777"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316B635D" w14:textId="6536C2C5" w:rsidR="00930F33" w:rsidRPr="009C3AF0" w:rsidRDefault="00930F33">
    <w:pPr>
      <w:pStyle w:val="Footer"/>
      <w:rPr>
        <w:rFonts w:ascii="Arial" w:hAnsi="Arial" w:cs="Arial"/>
        <w:color w:val="BFBFBF" w:themeColor="background1" w:themeShade="BF"/>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542143" w14:textId="77777777" w:rsidR="0098265E" w:rsidRDefault="0098265E">
      <w:pPr>
        <w:spacing w:after="0" w:line="240" w:lineRule="auto"/>
      </w:pPr>
      <w:r>
        <w:separator/>
      </w:r>
    </w:p>
  </w:footnote>
  <w:footnote w:type="continuationSeparator" w:id="0">
    <w:p w14:paraId="17D64ADE" w14:textId="77777777" w:rsidR="0098265E" w:rsidRDefault="0098265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235214311">
    <w:abstractNumId w:val="8"/>
  </w:num>
  <w:num w:numId="2" w16cid:durableId="1353603001">
    <w:abstractNumId w:val="6"/>
  </w:num>
  <w:num w:numId="3" w16cid:durableId="1876696527">
    <w:abstractNumId w:val="5"/>
  </w:num>
  <w:num w:numId="4" w16cid:durableId="421996510">
    <w:abstractNumId w:val="4"/>
  </w:num>
  <w:num w:numId="5" w16cid:durableId="1527402312">
    <w:abstractNumId w:val="7"/>
  </w:num>
  <w:num w:numId="6" w16cid:durableId="134612887">
    <w:abstractNumId w:val="3"/>
  </w:num>
  <w:num w:numId="7" w16cid:durableId="1326206774">
    <w:abstractNumId w:val="2"/>
  </w:num>
  <w:num w:numId="8" w16cid:durableId="774208019">
    <w:abstractNumId w:val="1"/>
  </w:num>
  <w:num w:numId="9" w16cid:durableId="3024683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3"/>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7977DF"/>
    <w:rsid w:val="007C5516"/>
    <w:rsid w:val="00930F33"/>
    <w:rsid w:val="0098265E"/>
    <w:rsid w:val="009C3AF0"/>
    <w:rsid w:val="00A12EE5"/>
    <w:rsid w:val="00AA1D8D"/>
    <w:rsid w:val="00B47730"/>
    <w:rsid w:val="00BA4C2B"/>
    <w:rsid w:val="00BD0140"/>
    <w:rsid w:val="00C24502"/>
    <w:rsid w:val="00C85271"/>
    <w:rsid w:val="00CB0664"/>
    <w:rsid w:val="00D57E81"/>
    <w:rsid w:val="00DB4E0C"/>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71B9A5C"/>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5516"/>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16</Pages>
  <Words>7298</Words>
  <Characters>41604</Characters>
  <Application>Microsoft Office Word</Application>
  <DocSecurity>0</DocSecurity>
  <Lines>346</Lines>
  <Paragraphs>97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48805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Microsoft Office User</cp:lastModifiedBy>
  <cp:revision>2</cp:revision>
  <dcterms:created xsi:type="dcterms:W3CDTF">2023-05-18T11:25:00Z</dcterms:created>
  <dcterms:modified xsi:type="dcterms:W3CDTF">2023-05-18T11:25:00Z</dcterms:modified>
  <cp:category/>
</cp:coreProperties>
</file>